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CAB40" w14:textId="77777777" w:rsidR="009C0F42" w:rsidRDefault="009C0F42" w:rsidP="009C0F42">
      <w:pPr>
        <w:spacing w:line="276" w:lineRule="auto"/>
        <w:jc w:val="center"/>
        <w:rPr>
          <w:b/>
          <w:bCs/>
          <w:color w:val="003366"/>
        </w:rPr>
      </w:pPr>
    </w:p>
    <w:p w14:paraId="5CC28752" w14:textId="0267BD52" w:rsidR="009C0F42" w:rsidRPr="00073510" w:rsidRDefault="009C0F42" w:rsidP="009C0F42">
      <w:pPr>
        <w:spacing w:line="276" w:lineRule="auto"/>
        <w:jc w:val="center"/>
      </w:pPr>
      <w:r w:rsidRPr="00073510">
        <w:rPr>
          <w:b/>
          <w:bCs/>
          <w:color w:val="003366"/>
        </w:rPr>
        <w:t>EDITAL Nº 00</w:t>
      </w:r>
      <w:r w:rsidR="002D1D90">
        <w:rPr>
          <w:b/>
          <w:bCs/>
          <w:color w:val="003366"/>
        </w:rPr>
        <w:t>2</w:t>
      </w:r>
      <w:r w:rsidRPr="00073510">
        <w:rPr>
          <w:b/>
          <w:bCs/>
          <w:color w:val="003366"/>
        </w:rPr>
        <w:t>/2026/ARNI</w:t>
      </w:r>
      <w:r>
        <w:rPr>
          <w:b/>
          <w:bCs/>
          <w:color w:val="003366"/>
        </w:rPr>
        <w:t xml:space="preserve"> </w:t>
      </w:r>
    </w:p>
    <w:p w14:paraId="2DCE4329" w14:textId="2A8503D4" w:rsidR="009C0F42" w:rsidRPr="00073510" w:rsidRDefault="009C0F42" w:rsidP="009C0F42">
      <w:pPr>
        <w:spacing w:line="276" w:lineRule="auto"/>
        <w:jc w:val="center"/>
      </w:pPr>
      <w:r w:rsidRPr="00073510">
        <w:rPr>
          <w:b/>
          <w:bCs/>
          <w:color w:val="003366"/>
        </w:rPr>
        <w:t xml:space="preserve">PROGRAMA INTEGRADO DE PESQUISA, ENSINO E EXTENSÃO </w:t>
      </w:r>
      <w:r>
        <w:rPr>
          <w:b/>
          <w:bCs/>
          <w:color w:val="003366"/>
        </w:rPr>
        <w:t>PARA MOBILIDADE NACIONAL</w:t>
      </w:r>
    </w:p>
    <w:p w14:paraId="3185180F" w14:textId="34FD50F9" w:rsidR="004F3AA7" w:rsidRDefault="004F3AA7" w:rsidP="0028783F">
      <w:pPr>
        <w:spacing w:before="280" w:after="160"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ANEXOS EDITÁVEIS</w:t>
      </w:r>
    </w:p>
    <w:p w14:paraId="4D474E9A" w14:textId="59F8C5F9" w:rsidR="00AE7A3D" w:rsidRDefault="00A94CCF" w:rsidP="0028783F">
      <w:pPr>
        <w:spacing w:before="280" w:after="160" w:line="276" w:lineRule="auto"/>
        <w:jc w:val="center"/>
        <w:rPr>
          <w:b/>
          <w:sz w:val="22"/>
          <w:szCs w:val="22"/>
        </w:rPr>
      </w:pPr>
      <w:r w:rsidRPr="0028783F">
        <w:rPr>
          <w:b/>
          <w:sz w:val="22"/>
          <w:szCs w:val="22"/>
        </w:rPr>
        <w:t>ANEXO I – PLANO DE TRABALHO</w:t>
      </w:r>
    </w:p>
    <w:p w14:paraId="40DD1F87" w14:textId="4E8BD151" w:rsidR="0045465F" w:rsidRPr="009C16FF" w:rsidRDefault="0045465F" w:rsidP="0028783F">
      <w:pPr>
        <w:spacing w:before="280" w:after="160" w:line="276" w:lineRule="auto"/>
        <w:jc w:val="center"/>
        <w:rPr>
          <w:b/>
          <w:color w:val="EE0000"/>
          <w:sz w:val="22"/>
          <w:szCs w:val="22"/>
        </w:rPr>
      </w:pPr>
      <w:r w:rsidRPr="009C16FF">
        <w:rPr>
          <w:b/>
          <w:color w:val="EE0000"/>
          <w:sz w:val="22"/>
          <w:szCs w:val="22"/>
        </w:rPr>
        <w:t xml:space="preserve">(Anexar </w:t>
      </w:r>
      <w:r w:rsidR="009C16FF" w:rsidRPr="009C16FF">
        <w:rPr>
          <w:b/>
          <w:color w:val="EE0000"/>
          <w:sz w:val="22"/>
          <w:szCs w:val="22"/>
        </w:rPr>
        <w:t>ao Projeto no SIGAA)</w:t>
      </w:r>
    </w:p>
    <w:p w14:paraId="4D631E4F" w14:textId="77777777" w:rsidR="006132AB" w:rsidRPr="0028783F" w:rsidRDefault="006132AB" w:rsidP="0028783F">
      <w:pPr>
        <w:spacing w:before="280" w:after="160" w:line="276" w:lineRule="auto"/>
        <w:jc w:val="center"/>
        <w:rPr>
          <w:sz w:val="22"/>
          <w:szCs w:val="22"/>
        </w:rPr>
      </w:pPr>
    </w:p>
    <w:p w14:paraId="439F491B" w14:textId="7E728238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b/>
          <w:sz w:val="22"/>
          <w:szCs w:val="22"/>
        </w:rPr>
        <w:t>1. IDENTIFICAÇÃO DO DISCENTE</w:t>
      </w:r>
      <w:r w:rsidR="00D170DF" w:rsidRPr="0028783F">
        <w:rPr>
          <w:b/>
          <w:sz w:val="22"/>
          <w:szCs w:val="22"/>
        </w:rPr>
        <w:t xml:space="preserve"> </w:t>
      </w:r>
    </w:p>
    <w:p w14:paraId="50C45E82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Nome completo:</w:t>
      </w:r>
    </w:p>
    <w:p w14:paraId="186A88EE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Matrícula (SIGAA):</w:t>
      </w:r>
    </w:p>
    <w:p w14:paraId="4A13D4EC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Curso e Unidade Acadêmica/Campus:</w:t>
      </w:r>
    </w:p>
    <w:p w14:paraId="75DC3FFE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Semestres cursados / IRA atual:</w:t>
      </w:r>
    </w:p>
    <w:p w14:paraId="486761BC" w14:textId="3230D1D8" w:rsidR="00D170DF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E-mail institucional / Telefone:</w:t>
      </w:r>
    </w:p>
    <w:p w14:paraId="10469298" w14:textId="7554AAC0" w:rsidR="00D170DF" w:rsidRPr="0028783F" w:rsidRDefault="00D170D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 xml:space="preserve">Orientador na </w:t>
      </w:r>
      <w:proofErr w:type="spellStart"/>
      <w:r w:rsidRPr="0028783F">
        <w:rPr>
          <w:sz w:val="22"/>
          <w:szCs w:val="22"/>
        </w:rPr>
        <w:t>Ufopa</w:t>
      </w:r>
      <w:proofErr w:type="spellEnd"/>
      <w:r w:rsidRPr="0028783F">
        <w:rPr>
          <w:sz w:val="22"/>
          <w:szCs w:val="22"/>
        </w:rPr>
        <w:t>:</w:t>
      </w:r>
    </w:p>
    <w:p w14:paraId="33A241EB" w14:textId="77777777" w:rsidR="00AE7A3D" w:rsidRPr="0028783F" w:rsidRDefault="00AE7A3D" w:rsidP="0028783F">
      <w:pPr>
        <w:spacing w:line="276" w:lineRule="auto"/>
        <w:rPr>
          <w:sz w:val="22"/>
          <w:szCs w:val="22"/>
        </w:rPr>
      </w:pPr>
    </w:p>
    <w:p w14:paraId="72C7994D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b/>
          <w:sz w:val="22"/>
          <w:szCs w:val="22"/>
        </w:rPr>
        <w:t>2. IDENTIFICAÇÃO DA INSTITUIÇÃO RECEPTORA</w:t>
      </w:r>
    </w:p>
    <w:p w14:paraId="6E51235E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Nome da IES receptora:</w:t>
      </w:r>
    </w:p>
    <w:p w14:paraId="39C6CBDA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Departamento / Laboratório / Grupo de pesquisa:</w:t>
      </w:r>
    </w:p>
    <w:p w14:paraId="1A874A08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Nome do supervisor/orientador na IES receptora:</w:t>
      </w:r>
    </w:p>
    <w:p w14:paraId="532FD498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E-mail do supervisor na IES receptora:</w:t>
      </w:r>
    </w:p>
    <w:p w14:paraId="6BAA7FAC" w14:textId="5DB21D39" w:rsidR="00741F62" w:rsidRPr="0028783F" w:rsidRDefault="00741F62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Participação da IES na Rede Andifes: (</w:t>
      </w:r>
      <w:proofErr w:type="gramStart"/>
      <w:r w:rsidRPr="0028783F">
        <w:rPr>
          <w:sz w:val="22"/>
          <w:szCs w:val="22"/>
        </w:rPr>
        <w:t>. )</w:t>
      </w:r>
      <w:proofErr w:type="gramEnd"/>
      <w:r w:rsidRPr="0028783F">
        <w:rPr>
          <w:sz w:val="22"/>
          <w:szCs w:val="22"/>
        </w:rPr>
        <w:t xml:space="preserve"> sim.  </w:t>
      </w:r>
      <w:proofErr w:type="gramStart"/>
      <w:r w:rsidRPr="0028783F">
        <w:rPr>
          <w:sz w:val="22"/>
          <w:szCs w:val="22"/>
        </w:rPr>
        <w:t>(.  )</w:t>
      </w:r>
      <w:proofErr w:type="gramEnd"/>
      <w:r w:rsidRPr="0028783F">
        <w:rPr>
          <w:sz w:val="22"/>
          <w:szCs w:val="22"/>
        </w:rPr>
        <w:t xml:space="preserve"> não</w:t>
      </w:r>
    </w:p>
    <w:p w14:paraId="6CFBB431" w14:textId="103A5A9D" w:rsidR="00AE7A3D" w:rsidRDefault="001E4307" w:rsidP="0028783F">
      <w:pPr>
        <w:spacing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Acordo de Cooperação Técnica vigente: (</w:t>
      </w:r>
      <w:proofErr w:type="gramStart"/>
      <w:r w:rsidRPr="0028783F">
        <w:rPr>
          <w:sz w:val="22"/>
          <w:szCs w:val="22"/>
        </w:rPr>
        <w:t>. )</w:t>
      </w:r>
      <w:proofErr w:type="gramEnd"/>
      <w:r w:rsidRPr="0028783F">
        <w:rPr>
          <w:sz w:val="22"/>
          <w:szCs w:val="22"/>
        </w:rPr>
        <w:t xml:space="preserve"> sim.  </w:t>
      </w:r>
      <w:proofErr w:type="gramStart"/>
      <w:r w:rsidRPr="0028783F">
        <w:rPr>
          <w:sz w:val="22"/>
          <w:szCs w:val="22"/>
        </w:rPr>
        <w:t>(.  )</w:t>
      </w:r>
      <w:proofErr w:type="gramEnd"/>
      <w:r w:rsidRPr="0028783F">
        <w:rPr>
          <w:sz w:val="22"/>
          <w:szCs w:val="22"/>
        </w:rPr>
        <w:t xml:space="preserve"> não</w:t>
      </w:r>
    </w:p>
    <w:p w14:paraId="65BA0D03" w14:textId="7EB31027" w:rsidR="002374AA" w:rsidRDefault="002374AA" w:rsidP="0028783F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O docente orientador é o Coordenador </w:t>
      </w:r>
      <w:r w:rsidR="00260D13">
        <w:rPr>
          <w:sz w:val="22"/>
          <w:szCs w:val="22"/>
        </w:rPr>
        <w:t xml:space="preserve">ou Colaborador </w:t>
      </w:r>
      <w:r>
        <w:rPr>
          <w:sz w:val="22"/>
          <w:szCs w:val="22"/>
        </w:rPr>
        <w:t xml:space="preserve">do ACT vigente: </w:t>
      </w:r>
      <w:r w:rsidRPr="0028783F">
        <w:rPr>
          <w:sz w:val="22"/>
          <w:szCs w:val="22"/>
        </w:rPr>
        <w:t>(</w:t>
      </w:r>
      <w:proofErr w:type="gramStart"/>
      <w:r w:rsidRPr="0028783F">
        <w:rPr>
          <w:sz w:val="22"/>
          <w:szCs w:val="22"/>
        </w:rPr>
        <w:t>. )</w:t>
      </w:r>
      <w:proofErr w:type="gramEnd"/>
      <w:r w:rsidRPr="0028783F">
        <w:rPr>
          <w:sz w:val="22"/>
          <w:szCs w:val="22"/>
        </w:rPr>
        <w:t xml:space="preserve"> sim.  </w:t>
      </w:r>
      <w:proofErr w:type="gramStart"/>
      <w:r w:rsidRPr="0028783F">
        <w:rPr>
          <w:sz w:val="22"/>
          <w:szCs w:val="22"/>
        </w:rPr>
        <w:t>(.  )</w:t>
      </w:r>
      <w:proofErr w:type="gramEnd"/>
      <w:r w:rsidRPr="0028783F">
        <w:rPr>
          <w:sz w:val="22"/>
          <w:szCs w:val="22"/>
        </w:rPr>
        <w:t xml:space="preserve"> não</w:t>
      </w:r>
    </w:p>
    <w:p w14:paraId="69CFD90C" w14:textId="77777777" w:rsidR="002374AA" w:rsidRPr="0028783F" w:rsidRDefault="002374AA" w:rsidP="0028783F">
      <w:pPr>
        <w:spacing w:line="276" w:lineRule="auto"/>
        <w:rPr>
          <w:sz w:val="22"/>
          <w:szCs w:val="22"/>
        </w:rPr>
      </w:pPr>
    </w:p>
    <w:p w14:paraId="0F3CA800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b/>
          <w:sz w:val="22"/>
          <w:szCs w:val="22"/>
        </w:rPr>
        <w:t>3. PERÍODO DE MOBILIDADE PREVISTO</w:t>
      </w:r>
    </w:p>
    <w:p w14:paraId="2505C691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Data de início: ___/___/______     Data de término: ___/___/______</w:t>
      </w:r>
    </w:p>
    <w:p w14:paraId="699F75DA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Duração total: _____ dias</w:t>
      </w:r>
    </w:p>
    <w:p w14:paraId="2579097C" w14:textId="77777777" w:rsidR="00AE7A3D" w:rsidRPr="0028783F" w:rsidRDefault="00AE7A3D" w:rsidP="0028783F">
      <w:pPr>
        <w:spacing w:line="276" w:lineRule="auto"/>
        <w:rPr>
          <w:sz w:val="22"/>
          <w:szCs w:val="22"/>
        </w:rPr>
      </w:pPr>
    </w:p>
    <w:p w14:paraId="2F6D92FE" w14:textId="2D1F5496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b/>
          <w:sz w:val="22"/>
          <w:szCs w:val="22"/>
        </w:rPr>
        <w:t xml:space="preserve">4. DESCRIÇÃO DAS ATIVIDADES </w:t>
      </w:r>
      <w:r w:rsidR="00C0655F">
        <w:rPr>
          <w:b/>
          <w:sz w:val="22"/>
          <w:szCs w:val="22"/>
        </w:rPr>
        <w:t>E A INTEGRAÇÃO ENTRE ELAS</w:t>
      </w:r>
    </w:p>
    <w:p w14:paraId="1B62CB1B" w14:textId="481AFFE8" w:rsidR="00AE7A3D" w:rsidRPr="0028783F" w:rsidRDefault="00A94CCF" w:rsidP="00C0655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(Descreva detalhadamente cada atividade, indicando tipo [disciplina / pesquisa / extensão / carga horária estimada e forma de aproveitamento prevista)</w:t>
      </w:r>
    </w:p>
    <w:p w14:paraId="38168E05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Atividade 1:</w:t>
      </w:r>
    </w:p>
    <w:p w14:paraId="54532D08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Atividade 2:</w:t>
      </w:r>
    </w:p>
    <w:p w14:paraId="15F3763B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Atividade 3:</w:t>
      </w:r>
    </w:p>
    <w:p w14:paraId="380B859C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(Acrescente linhas conforme necessário)</w:t>
      </w:r>
    </w:p>
    <w:p w14:paraId="2D1172C9" w14:textId="77777777" w:rsidR="00AE7A3D" w:rsidRPr="0028783F" w:rsidRDefault="00AE7A3D" w:rsidP="0028783F">
      <w:pPr>
        <w:spacing w:line="276" w:lineRule="auto"/>
        <w:rPr>
          <w:sz w:val="22"/>
          <w:szCs w:val="22"/>
        </w:rPr>
      </w:pPr>
    </w:p>
    <w:p w14:paraId="116D5CF1" w14:textId="6F06145B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b/>
          <w:sz w:val="22"/>
          <w:szCs w:val="22"/>
        </w:rPr>
        <w:lastRenderedPageBreak/>
        <w:t>5. JUSTIFICATIVA</w:t>
      </w:r>
      <w:r w:rsidR="00C0655F">
        <w:rPr>
          <w:b/>
          <w:sz w:val="22"/>
          <w:szCs w:val="22"/>
        </w:rPr>
        <w:t xml:space="preserve"> ACADÊMICA E ADERÊNCIA AO CURSO DE ORIGEM</w:t>
      </w:r>
    </w:p>
    <w:p w14:paraId="2B934DD0" w14:textId="30AE75FC" w:rsidR="00AE7A3D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(Explique a relevância desta mobilidade para sua formação acadêmica</w:t>
      </w:r>
      <w:r w:rsidR="00C0655F">
        <w:rPr>
          <w:sz w:val="22"/>
          <w:szCs w:val="22"/>
        </w:rPr>
        <w:t xml:space="preserve">, </w:t>
      </w:r>
      <w:r w:rsidR="00A4689B">
        <w:rPr>
          <w:sz w:val="22"/>
          <w:szCs w:val="22"/>
        </w:rPr>
        <w:t xml:space="preserve">se vai haver </w:t>
      </w:r>
      <w:r w:rsidR="00C0655F">
        <w:rPr>
          <w:sz w:val="22"/>
          <w:szCs w:val="22"/>
        </w:rPr>
        <w:t>aproveitamento</w:t>
      </w:r>
      <w:r w:rsidR="00A4689B">
        <w:rPr>
          <w:sz w:val="22"/>
          <w:szCs w:val="22"/>
        </w:rPr>
        <w:t xml:space="preserve"> de componentes curriculares</w:t>
      </w:r>
      <w:r w:rsidR="00C0655F">
        <w:rPr>
          <w:sz w:val="22"/>
          <w:szCs w:val="22"/>
        </w:rPr>
        <w:t>,</w:t>
      </w:r>
      <w:r w:rsidR="00A4689B">
        <w:rPr>
          <w:sz w:val="22"/>
          <w:szCs w:val="22"/>
        </w:rPr>
        <w:t xml:space="preserve"> atividades complementares e outras</w:t>
      </w:r>
      <w:r w:rsidRPr="0028783F">
        <w:rPr>
          <w:sz w:val="22"/>
          <w:szCs w:val="22"/>
        </w:rPr>
        <w:t xml:space="preserve"> atividades previstas se articulam com seu curso de graduação)</w:t>
      </w:r>
    </w:p>
    <w:p w14:paraId="34C664A8" w14:textId="77777777" w:rsidR="00F3153C" w:rsidRPr="0028783F" w:rsidRDefault="00F3153C" w:rsidP="0028783F">
      <w:pPr>
        <w:spacing w:after="60" w:line="276" w:lineRule="auto"/>
        <w:rPr>
          <w:sz w:val="22"/>
          <w:szCs w:val="22"/>
        </w:rPr>
      </w:pPr>
    </w:p>
    <w:p w14:paraId="7705A4B1" w14:textId="77777777" w:rsidR="00F3153C" w:rsidRDefault="00F3153C" w:rsidP="0028783F">
      <w:pPr>
        <w:spacing w:line="276" w:lineRule="auto"/>
        <w:rPr>
          <w:rFonts w:eastAsiaTheme="minorEastAsia"/>
          <w:sz w:val="22"/>
          <w:szCs w:val="22"/>
          <w:lang w:eastAsia="en-US"/>
        </w:rPr>
      </w:pPr>
      <w:r w:rsidRPr="00F3153C">
        <w:rPr>
          <w:rFonts w:eastAsiaTheme="minorEastAsia"/>
          <w:b/>
          <w:bCs/>
          <w:sz w:val="22"/>
          <w:szCs w:val="22"/>
          <w:lang w:eastAsia="en-US"/>
        </w:rPr>
        <w:t>6. COERÊNCIA, VIABILIDADE E DETALHES DO PLANO</w:t>
      </w:r>
      <w:r w:rsidRPr="00F3153C">
        <w:rPr>
          <w:rFonts w:eastAsiaTheme="minorEastAsia"/>
          <w:sz w:val="22"/>
          <w:szCs w:val="22"/>
          <w:lang w:eastAsia="en-US"/>
        </w:rPr>
        <w:t xml:space="preserve"> </w:t>
      </w:r>
    </w:p>
    <w:p w14:paraId="4D1CEA3F" w14:textId="4D5AD5C8" w:rsidR="00AE7A3D" w:rsidRPr="0028783F" w:rsidRDefault="00F3153C" w:rsidP="0028783F">
      <w:pPr>
        <w:spacing w:line="276" w:lineRule="auto"/>
        <w:rPr>
          <w:sz w:val="22"/>
          <w:szCs w:val="22"/>
        </w:rPr>
      </w:pPr>
      <w:r>
        <w:rPr>
          <w:rFonts w:eastAsiaTheme="minorEastAsia"/>
          <w:sz w:val="22"/>
          <w:szCs w:val="22"/>
          <w:lang w:eastAsia="en-US"/>
        </w:rPr>
        <w:t>(</w:t>
      </w:r>
      <w:r w:rsidRPr="00A00E27">
        <w:rPr>
          <w:rFonts w:eastAsiaTheme="minorEastAsia"/>
          <w:sz w:val="22"/>
          <w:szCs w:val="22"/>
          <w:lang w:eastAsia="en-US"/>
        </w:rPr>
        <w:t>Cronograma compatível com o período de mobilidade, carga horária bem distribuída, atividades descritas de forma clara e mensurável</w:t>
      </w:r>
      <w:r>
        <w:rPr>
          <w:rFonts w:eastAsiaTheme="minorEastAsia"/>
          <w:sz w:val="22"/>
          <w:szCs w:val="22"/>
          <w:lang w:eastAsia="en-US"/>
        </w:rPr>
        <w:t>)</w:t>
      </w:r>
    </w:p>
    <w:p w14:paraId="2D511CDA" w14:textId="5B3B2F65" w:rsidR="00902B6C" w:rsidRPr="0028783F" w:rsidRDefault="00902B6C" w:rsidP="0028783F">
      <w:pPr>
        <w:spacing w:line="276" w:lineRule="auto"/>
        <w:rPr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65"/>
        <w:gridCol w:w="3250"/>
        <w:gridCol w:w="1701"/>
        <w:gridCol w:w="2503"/>
      </w:tblGrid>
      <w:tr w:rsidR="00F3153C" w14:paraId="7258B3D6" w14:textId="2AE30475" w:rsidTr="00A56521">
        <w:tc>
          <w:tcPr>
            <w:tcW w:w="1565" w:type="dxa"/>
            <w:shd w:val="clear" w:color="auto" w:fill="C6D9F1" w:themeFill="text2" w:themeFillTint="33"/>
          </w:tcPr>
          <w:p w14:paraId="4E2AB1E9" w14:textId="36678E98" w:rsidR="00F3153C" w:rsidRDefault="00F3153C" w:rsidP="00F3153C">
            <w:pPr>
              <w:spacing w:after="6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Atividades</w:t>
            </w:r>
          </w:p>
        </w:tc>
        <w:tc>
          <w:tcPr>
            <w:tcW w:w="3250" w:type="dxa"/>
            <w:shd w:val="clear" w:color="auto" w:fill="C6D9F1" w:themeFill="text2" w:themeFillTint="33"/>
          </w:tcPr>
          <w:p w14:paraId="56F80A37" w14:textId="24A0BCF0" w:rsidR="00F3153C" w:rsidRDefault="00F3153C" w:rsidP="00F3153C">
            <w:pPr>
              <w:spacing w:after="6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Descrição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14:paraId="04ACC044" w14:textId="26EA3A54" w:rsidR="00F3153C" w:rsidRDefault="00F3153C" w:rsidP="00F3153C">
            <w:pPr>
              <w:spacing w:after="6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Período d</w:t>
            </w:r>
            <w:r w:rsidR="00A56521">
              <w:rPr>
                <w:b/>
                <w:sz w:val="22"/>
                <w:szCs w:val="22"/>
              </w:rPr>
              <w:t>a atividade</w:t>
            </w:r>
          </w:p>
        </w:tc>
        <w:tc>
          <w:tcPr>
            <w:tcW w:w="2503" w:type="dxa"/>
            <w:shd w:val="clear" w:color="auto" w:fill="C6D9F1" w:themeFill="text2" w:themeFillTint="33"/>
          </w:tcPr>
          <w:p w14:paraId="622ED717" w14:textId="4D56AA77" w:rsidR="00F3153C" w:rsidRDefault="00F3153C" w:rsidP="00F3153C">
            <w:pPr>
              <w:spacing w:after="6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Carga horária da atividade</w:t>
            </w:r>
          </w:p>
        </w:tc>
      </w:tr>
      <w:tr w:rsidR="00F3153C" w14:paraId="3DA50F4B" w14:textId="77777777" w:rsidTr="00A56521">
        <w:tc>
          <w:tcPr>
            <w:tcW w:w="1565" w:type="dxa"/>
          </w:tcPr>
          <w:p w14:paraId="77DA7F78" w14:textId="77777777" w:rsidR="00F3153C" w:rsidRDefault="00F3153C" w:rsidP="0028783F">
            <w:pPr>
              <w:spacing w:after="6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250" w:type="dxa"/>
          </w:tcPr>
          <w:p w14:paraId="145924A5" w14:textId="77777777" w:rsidR="00F3153C" w:rsidRDefault="00F3153C" w:rsidP="0028783F">
            <w:pPr>
              <w:spacing w:after="6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3ADF7FC5" w14:textId="77777777" w:rsidR="00F3153C" w:rsidRDefault="00F3153C" w:rsidP="0028783F">
            <w:pPr>
              <w:spacing w:after="6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2503" w:type="dxa"/>
          </w:tcPr>
          <w:p w14:paraId="2B357A64" w14:textId="77777777" w:rsidR="00F3153C" w:rsidRDefault="00F3153C" w:rsidP="0028783F">
            <w:pPr>
              <w:spacing w:after="60" w:line="276" w:lineRule="auto"/>
              <w:rPr>
                <w:b/>
                <w:sz w:val="22"/>
                <w:szCs w:val="22"/>
              </w:rPr>
            </w:pPr>
          </w:p>
        </w:tc>
      </w:tr>
      <w:tr w:rsidR="00F3153C" w14:paraId="61410BF8" w14:textId="77777777" w:rsidTr="00A56521">
        <w:tc>
          <w:tcPr>
            <w:tcW w:w="1565" w:type="dxa"/>
          </w:tcPr>
          <w:p w14:paraId="28971A73" w14:textId="77777777" w:rsidR="00F3153C" w:rsidRDefault="00F3153C" w:rsidP="0028783F">
            <w:pPr>
              <w:spacing w:after="6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250" w:type="dxa"/>
          </w:tcPr>
          <w:p w14:paraId="47DE79AE" w14:textId="77777777" w:rsidR="00F3153C" w:rsidRDefault="00F3153C" w:rsidP="0028783F">
            <w:pPr>
              <w:spacing w:after="6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3CEEE220" w14:textId="77777777" w:rsidR="00F3153C" w:rsidRDefault="00F3153C" w:rsidP="0028783F">
            <w:pPr>
              <w:spacing w:after="6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2503" w:type="dxa"/>
          </w:tcPr>
          <w:p w14:paraId="3365BE44" w14:textId="77777777" w:rsidR="00F3153C" w:rsidRDefault="00F3153C" w:rsidP="0028783F">
            <w:pPr>
              <w:spacing w:after="60" w:line="276" w:lineRule="auto"/>
              <w:rPr>
                <w:b/>
                <w:sz w:val="22"/>
                <w:szCs w:val="22"/>
              </w:rPr>
            </w:pPr>
          </w:p>
        </w:tc>
      </w:tr>
      <w:tr w:rsidR="00F3153C" w14:paraId="4DB5E19A" w14:textId="77777777" w:rsidTr="00A56521">
        <w:tc>
          <w:tcPr>
            <w:tcW w:w="1565" w:type="dxa"/>
          </w:tcPr>
          <w:p w14:paraId="3A61E7C3" w14:textId="77777777" w:rsidR="00F3153C" w:rsidRDefault="00F3153C" w:rsidP="0028783F">
            <w:pPr>
              <w:spacing w:after="6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250" w:type="dxa"/>
          </w:tcPr>
          <w:p w14:paraId="5904F85C" w14:textId="77777777" w:rsidR="00F3153C" w:rsidRDefault="00F3153C" w:rsidP="0028783F">
            <w:pPr>
              <w:spacing w:after="6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2EB8B711" w14:textId="77777777" w:rsidR="00F3153C" w:rsidRDefault="00F3153C" w:rsidP="0028783F">
            <w:pPr>
              <w:spacing w:after="6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2503" w:type="dxa"/>
          </w:tcPr>
          <w:p w14:paraId="7F53D240" w14:textId="77777777" w:rsidR="00F3153C" w:rsidRDefault="00F3153C" w:rsidP="0028783F">
            <w:pPr>
              <w:spacing w:after="60" w:line="276" w:lineRule="auto"/>
              <w:rPr>
                <w:b/>
                <w:sz w:val="22"/>
                <w:szCs w:val="22"/>
              </w:rPr>
            </w:pPr>
          </w:p>
        </w:tc>
      </w:tr>
      <w:tr w:rsidR="00F3153C" w14:paraId="69171869" w14:textId="440F4D59" w:rsidTr="00A56521">
        <w:tc>
          <w:tcPr>
            <w:tcW w:w="1565" w:type="dxa"/>
          </w:tcPr>
          <w:p w14:paraId="4FF80F5A" w14:textId="77777777" w:rsidR="00F3153C" w:rsidRDefault="00F3153C" w:rsidP="0028783F">
            <w:pPr>
              <w:spacing w:after="6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250" w:type="dxa"/>
          </w:tcPr>
          <w:p w14:paraId="7A71DE36" w14:textId="77777777" w:rsidR="00F3153C" w:rsidRDefault="00F3153C" w:rsidP="0028783F">
            <w:pPr>
              <w:spacing w:after="6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7D66BABE" w14:textId="77777777" w:rsidR="00F3153C" w:rsidRDefault="00F3153C" w:rsidP="0028783F">
            <w:pPr>
              <w:spacing w:after="6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2503" w:type="dxa"/>
          </w:tcPr>
          <w:p w14:paraId="1A171E62" w14:textId="77777777" w:rsidR="00F3153C" w:rsidRDefault="00F3153C" w:rsidP="0028783F">
            <w:pPr>
              <w:spacing w:after="60" w:line="276" w:lineRule="auto"/>
              <w:rPr>
                <w:b/>
                <w:sz w:val="22"/>
                <w:szCs w:val="22"/>
              </w:rPr>
            </w:pPr>
          </w:p>
        </w:tc>
      </w:tr>
      <w:tr w:rsidR="00F3153C" w14:paraId="37C93032" w14:textId="15224C44" w:rsidTr="00A56521">
        <w:tc>
          <w:tcPr>
            <w:tcW w:w="1565" w:type="dxa"/>
          </w:tcPr>
          <w:p w14:paraId="36106B0F" w14:textId="77777777" w:rsidR="00F3153C" w:rsidRPr="00F3153C" w:rsidRDefault="00F3153C" w:rsidP="0028783F">
            <w:pPr>
              <w:spacing w:after="60" w:line="276" w:lineRule="auto"/>
              <w:rPr>
                <w:bCs/>
                <w:sz w:val="18"/>
                <w:szCs w:val="18"/>
              </w:rPr>
            </w:pPr>
          </w:p>
        </w:tc>
        <w:tc>
          <w:tcPr>
            <w:tcW w:w="3250" w:type="dxa"/>
          </w:tcPr>
          <w:p w14:paraId="2EE7DC0B" w14:textId="52CAFD32" w:rsidR="00F3153C" w:rsidRPr="00F3153C" w:rsidRDefault="00F3153C" w:rsidP="00B3333F">
            <w:pPr>
              <w:spacing w:after="60" w:line="276" w:lineRule="auto"/>
              <w:jc w:val="both"/>
              <w:rPr>
                <w:bCs/>
                <w:sz w:val="18"/>
                <w:szCs w:val="18"/>
              </w:rPr>
            </w:pPr>
            <w:r w:rsidRPr="00F3153C">
              <w:rPr>
                <w:bCs/>
                <w:color w:val="EE0000"/>
                <w:sz w:val="18"/>
                <w:szCs w:val="18"/>
              </w:rPr>
              <w:t>Acrescente quantas linhas/atividades forem necessárias para executar o projeto/plano.</w:t>
            </w:r>
          </w:p>
        </w:tc>
        <w:tc>
          <w:tcPr>
            <w:tcW w:w="1701" w:type="dxa"/>
          </w:tcPr>
          <w:p w14:paraId="0FF15150" w14:textId="77777777" w:rsidR="00F3153C" w:rsidRDefault="00F3153C" w:rsidP="0028783F">
            <w:pPr>
              <w:spacing w:after="6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2503" w:type="dxa"/>
          </w:tcPr>
          <w:p w14:paraId="5FD47A7C" w14:textId="77777777" w:rsidR="00F3153C" w:rsidRDefault="00F3153C" w:rsidP="0028783F">
            <w:pPr>
              <w:spacing w:after="60" w:line="276" w:lineRule="auto"/>
              <w:rPr>
                <w:b/>
                <w:sz w:val="22"/>
                <w:szCs w:val="22"/>
              </w:rPr>
            </w:pPr>
          </w:p>
        </w:tc>
      </w:tr>
    </w:tbl>
    <w:p w14:paraId="7373AB46" w14:textId="77777777" w:rsidR="00902B6C" w:rsidRDefault="00902B6C" w:rsidP="0028783F">
      <w:pPr>
        <w:spacing w:after="60" w:line="276" w:lineRule="auto"/>
        <w:rPr>
          <w:b/>
          <w:sz w:val="22"/>
          <w:szCs w:val="22"/>
        </w:rPr>
      </w:pPr>
    </w:p>
    <w:p w14:paraId="0B43D2F4" w14:textId="77777777" w:rsidR="00902B6C" w:rsidRDefault="00902B6C" w:rsidP="0028783F">
      <w:pPr>
        <w:spacing w:after="60" w:line="276" w:lineRule="auto"/>
        <w:rPr>
          <w:b/>
          <w:sz w:val="22"/>
          <w:szCs w:val="22"/>
        </w:rPr>
      </w:pPr>
    </w:p>
    <w:p w14:paraId="70B92386" w14:textId="76EC81EF" w:rsidR="00AE7A3D" w:rsidRPr="0028783F" w:rsidRDefault="00F3153C" w:rsidP="0028783F">
      <w:pPr>
        <w:spacing w:after="60" w:line="276" w:lineRule="auto"/>
        <w:rPr>
          <w:sz w:val="22"/>
          <w:szCs w:val="22"/>
        </w:rPr>
      </w:pPr>
      <w:r>
        <w:rPr>
          <w:b/>
          <w:sz w:val="22"/>
          <w:szCs w:val="22"/>
        </w:rPr>
        <w:t>7</w:t>
      </w:r>
      <w:r w:rsidR="00A94CCF" w:rsidRPr="0028783F">
        <w:rPr>
          <w:b/>
          <w:sz w:val="22"/>
          <w:szCs w:val="22"/>
        </w:rPr>
        <w:t>. ASSINATURAS</w:t>
      </w:r>
    </w:p>
    <w:p w14:paraId="6535E13E" w14:textId="77777777" w:rsidR="00DB11C5" w:rsidRPr="0028783F" w:rsidRDefault="00DB11C5" w:rsidP="0028783F">
      <w:pPr>
        <w:spacing w:after="60" w:line="276" w:lineRule="auto"/>
        <w:rPr>
          <w:sz w:val="22"/>
          <w:szCs w:val="22"/>
        </w:rPr>
      </w:pPr>
    </w:p>
    <w:p w14:paraId="0994D088" w14:textId="764C390F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 xml:space="preserve">Discente: </w:t>
      </w:r>
    </w:p>
    <w:p w14:paraId="52765778" w14:textId="77777777" w:rsidR="00DB11C5" w:rsidRPr="0028783F" w:rsidRDefault="00DB11C5" w:rsidP="0028783F">
      <w:pPr>
        <w:spacing w:after="60" w:line="276" w:lineRule="auto"/>
        <w:rPr>
          <w:sz w:val="22"/>
          <w:szCs w:val="22"/>
        </w:rPr>
      </w:pPr>
    </w:p>
    <w:p w14:paraId="2D10A6D5" w14:textId="5F0EFDD5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 xml:space="preserve">Docente Orientador UFOPA: </w:t>
      </w:r>
    </w:p>
    <w:p w14:paraId="0DA4348E" w14:textId="77777777" w:rsidR="00DB11C5" w:rsidRPr="0028783F" w:rsidRDefault="00DB11C5" w:rsidP="0028783F">
      <w:pPr>
        <w:spacing w:after="60" w:line="276" w:lineRule="auto"/>
        <w:rPr>
          <w:sz w:val="22"/>
          <w:szCs w:val="22"/>
        </w:rPr>
      </w:pPr>
    </w:p>
    <w:p w14:paraId="72DD0068" w14:textId="5D2CCD50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 xml:space="preserve">Coordenador do Curso: </w:t>
      </w:r>
    </w:p>
    <w:p w14:paraId="3C790BD1" w14:textId="77777777" w:rsidR="00DB11C5" w:rsidRPr="0028783F" w:rsidRDefault="00DB11C5" w:rsidP="0028783F">
      <w:pPr>
        <w:spacing w:after="60" w:line="276" w:lineRule="auto"/>
        <w:rPr>
          <w:sz w:val="22"/>
          <w:szCs w:val="22"/>
        </w:rPr>
      </w:pPr>
    </w:p>
    <w:p w14:paraId="12341BBF" w14:textId="3B183E6B" w:rsidR="00DB11C5" w:rsidRPr="0028783F" w:rsidRDefault="00DB11C5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Docente receptor na IES parceira:</w:t>
      </w:r>
    </w:p>
    <w:p w14:paraId="49A444E6" w14:textId="77777777" w:rsidR="006161C4" w:rsidRPr="0028783F" w:rsidRDefault="006161C4" w:rsidP="0028783F">
      <w:pPr>
        <w:spacing w:after="60" w:line="276" w:lineRule="auto"/>
        <w:rPr>
          <w:sz w:val="22"/>
          <w:szCs w:val="22"/>
        </w:rPr>
      </w:pPr>
    </w:p>
    <w:p w14:paraId="54AB0EEF" w14:textId="77777777" w:rsidR="006161C4" w:rsidRPr="0028783F" w:rsidRDefault="006161C4" w:rsidP="0028783F">
      <w:pPr>
        <w:spacing w:after="60" w:line="276" w:lineRule="auto"/>
        <w:rPr>
          <w:sz w:val="22"/>
          <w:szCs w:val="22"/>
        </w:rPr>
      </w:pPr>
    </w:p>
    <w:p w14:paraId="6A580F91" w14:textId="4645F385" w:rsidR="006161C4" w:rsidRPr="0028783F" w:rsidRDefault="006161C4" w:rsidP="0028783F">
      <w:pPr>
        <w:spacing w:after="60" w:line="276" w:lineRule="auto"/>
        <w:rPr>
          <w:i/>
          <w:iCs/>
          <w:color w:val="EE0000"/>
          <w:sz w:val="22"/>
          <w:szCs w:val="22"/>
        </w:rPr>
      </w:pPr>
      <w:r w:rsidRPr="0028783F">
        <w:rPr>
          <w:i/>
          <w:iCs/>
          <w:color w:val="EE0000"/>
          <w:sz w:val="22"/>
          <w:szCs w:val="22"/>
        </w:rPr>
        <w:t xml:space="preserve">Todas as assinaturas solicitadas são obrigatórias e a ausência </w:t>
      </w:r>
      <w:r w:rsidR="00C64E26" w:rsidRPr="0028783F">
        <w:rPr>
          <w:i/>
          <w:iCs/>
          <w:color w:val="EE0000"/>
          <w:sz w:val="22"/>
          <w:szCs w:val="22"/>
        </w:rPr>
        <w:t>acarretará</w:t>
      </w:r>
      <w:r w:rsidR="00DB11C5" w:rsidRPr="0028783F">
        <w:rPr>
          <w:i/>
          <w:iCs/>
          <w:color w:val="EE0000"/>
          <w:sz w:val="22"/>
          <w:szCs w:val="22"/>
        </w:rPr>
        <w:t xml:space="preserve"> eliminação.</w:t>
      </w:r>
      <w:r w:rsidR="000F2EF6">
        <w:rPr>
          <w:i/>
          <w:iCs/>
          <w:color w:val="EE0000"/>
          <w:sz w:val="22"/>
          <w:szCs w:val="22"/>
        </w:rPr>
        <w:t xml:space="preserve"> Aceita-se assinatura digital SOUGOV.</w:t>
      </w:r>
    </w:p>
    <w:p w14:paraId="23659D7A" w14:textId="77777777" w:rsidR="00AE7A3D" w:rsidRPr="0028783F" w:rsidRDefault="00A94CCF" w:rsidP="0028783F">
      <w:pPr>
        <w:spacing w:line="276" w:lineRule="auto"/>
        <w:rPr>
          <w:sz w:val="22"/>
          <w:szCs w:val="22"/>
        </w:rPr>
      </w:pPr>
      <w:r w:rsidRPr="0028783F">
        <w:rPr>
          <w:sz w:val="22"/>
          <w:szCs w:val="22"/>
        </w:rPr>
        <w:br w:type="page"/>
      </w:r>
    </w:p>
    <w:p w14:paraId="0C57295D" w14:textId="1ED8528F" w:rsidR="00AE7A3D" w:rsidRDefault="00A94CCF" w:rsidP="0028783F">
      <w:pPr>
        <w:spacing w:before="280" w:after="160" w:line="276" w:lineRule="auto"/>
        <w:jc w:val="center"/>
        <w:rPr>
          <w:b/>
          <w:sz w:val="22"/>
          <w:szCs w:val="22"/>
        </w:rPr>
      </w:pPr>
      <w:r w:rsidRPr="0028783F">
        <w:rPr>
          <w:b/>
          <w:sz w:val="22"/>
          <w:szCs w:val="22"/>
        </w:rPr>
        <w:lastRenderedPageBreak/>
        <w:t>ANEXO II – FORMULÁRIO DE INSCRIÇÃ</w:t>
      </w:r>
      <w:r w:rsidR="009C16FF">
        <w:rPr>
          <w:b/>
          <w:sz w:val="22"/>
          <w:szCs w:val="22"/>
        </w:rPr>
        <w:t>O</w:t>
      </w:r>
    </w:p>
    <w:p w14:paraId="155A7298" w14:textId="4E43D648" w:rsidR="009C16FF" w:rsidRPr="009C16FF" w:rsidRDefault="009C16FF" w:rsidP="009C16FF">
      <w:pPr>
        <w:spacing w:before="280" w:after="160" w:line="276" w:lineRule="auto"/>
        <w:jc w:val="center"/>
        <w:rPr>
          <w:b/>
          <w:color w:val="EE0000"/>
          <w:sz w:val="22"/>
          <w:szCs w:val="22"/>
        </w:rPr>
      </w:pPr>
      <w:r w:rsidRPr="009C16FF">
        <w:rPr>
          <w:b/>
          <w:color w:val="EE0000"/>
          <w:sz w:val="22"/>
          <w:szCs w:val="22"/>
        </w:rPr>
        <w:t>(Anexar ao Projeto no SIGAA)</w:t>
      </w:r>
    </w:p>
    <w:p w14:paraId="06DA98AD" w14:textId="7AD6C8A3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Edital nº ___/____/ARNI/UFOPA</w:t>
      </w:r>
    </w:p>
    <w:p w14:paraId="0B1FC7B1" w14:textId="77777777" w:rsidR="00AE7A3D" w:rsidRPr="0028783F" w:rsidRDefault="00AE7A3D" w:rsidP="0028783F">
      <w:pPr>
        <w:spacing w:line="276" w:lineRule="auto"/>
        <w:rPr>
          <w:sz w:val="22"/>
          <w:szCs w:val="22"/>
        </w:rPr>
      </w:pPr>
    </w:p>
    <w:p w14:paraId="5D3C9688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Nome completo:</w:t>
      </w:r>
    </w:p>
    <w:p w14:paraId="7867D950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Matrícula (SIGAA):</w:t>
      </w:r>
    </w:p>
    <w:p w14:paraId="4308C035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Curso / Unidade Acadêmica / Campus:</w:t>
      </w:r>
    </w:p>
    <w:p w14:paraId="41C28BB1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Semestre atual / Semestres cursados:</w:t>
      </w:r>
    </w:p>
    <w:p w14:paraId="5F75E85B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IRA (conforme histórico SIGAA):</w:t>
      </w:r>
    </w:p>
    <w:p w14:paraId="495FC9D8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E-mail institucional:</w:t>
      </w:r>
    </w:p>
    <w:p w14:paraId="7ACF34B0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Telefone de contato:</w:t>
      </w:r>
    </w:p>
    <w:p w14:paraId="7A25403E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b/>
          <w:sz w:val="22"/>
          <w:szCs w:val="22"/>
        </w:rPr>
        <w:t>CPF:</w:t>
      </w:r>
    </w:p>
    <w:p w14:paraId="021E718E" w14:textId="126B9729" w:rsidR="00AE7A3D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RG / Órgão emissor:</w:t>
      </w:r>
    </w:p>
    <w:p w14:paraId="4EB26A3F" w14:textId="35FAC7E8" w:rsidR="003208EA" w:rsidRPr="0028783F" w:rsidRDefault="003208EA" w:rsidP="0028783F">
      <w:pPr>
        <w:spacing w:after="60" w:line="276" w:lineRule="auto"/>
        <w:rPr>
          <w:sz w:val="22"/>
          <w:szCs w:val="22"/>
        </w:rPr>
      </w:pPr>
      <w:r>
        <w:rPr>
          <w:sz w:val="22"/>
          <w:szCs w:val="22"/>
        </w:rPr>
        <w:t>Chave Pix CPF:</w:t>
      </w:r>
    </w:p>
    <w:p w14:paraId="64F6FEC5" w14:textId="77777777" w:rsidR="00AE7A3D" w:rsidRPr="0028783F" w:rsidRDefault="00AE7A3D" w:rsidP="0028783F">
      <w:pPr>
        <w:spacing w:line="276" w:lineRule="auto"/>
        <w:rPr>
          <w:sz w:val="22"/>
          <w:szCs w:val="22"/>
        </w:rPr>
      </w:pPr>
    </w:p>
    <w:p w14:paraId="7298AF85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IES receptora pretendida:</w:t>
      </w:r>
    </w:p>
    <w:p w14:paraId="66927DFF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Cidade / Estado:</w:t>
      </w:r>
    </w:p>
    <w:p w14:paraId="1CF88312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Período previsto de mobilidade: ___/___/______ a ___/___/______</w:t>
      </w:r>
    </w:p>
    <w:p w14:paraId="04C8FE71" w14:textId="77777777" w:rsidR="00AE7A3D" w:rsidRPr="0028783F" w:rsidRDefault="00AE7A3D" w:rsidP="0028783F">
      <w:pPr>
        <w:spacing w:line="276" w:lineRule="auto"/>
        <w:rPr>
          <w:sz w:val="22"/>
          <w:szCs w:val="22"/>
        </w:rPr>
      </w:pPr>
    </w:p>
    <w:p w14:paraId="2DD5F1AB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Modalidade de inscrição</w:t>
      </w:r>
      <w:proofErr w:type="gramStart"/>
      <w:r w:rsidRPr="0028783F">
        <w:rPr>
          <w:sz w:val="22"/>
          <w:szCs w:val="22"/>
        </w:rPr>
        <w:t>:  (</w:t>
      </w:r>
      <w:proofErr w:type="gramEnd"/>
      <w:r w:rsidRPr="0028783F">
        <w:rPr>
          <w:sz w:val="22"/>
          <w:szCs w:val="22"/>
        </w:rPr>
        <w:t xml:space="preserve"> ) Ampla Concorrência </w:t>
      </w:r>
      <w:proofErr w:type="gramStart"/>
      <w:r w:rsidRPr="0028783F">
        <w:rPr>
          <w:sz w:val="22"/>
          <w:szCs w:val="22"/>
        </w:rPr>
        <w:t xml:space="preserve">   (</w:t>
      </w:r>
      <w:proofErr w:type="gramEnd"/>
      <w:r w:rsidRPr="0028783F">
        <w:rPr>
          <w:sz w:val="22"/>
          <w:szCs w:val="22"/>
        </w:rPr>
        <w:t xml:space="preserve"> ) Ações Afirmativas</w:t>
      </w:r>
    </w:p>
    <w:p w14:paraId="03A504F1" w14:textId="77777777" w:rsidR="00AE7A3D" w:rsidRPr="0028783F" w:rsidRDefault="00AE7A3D" w:rsidP="0028783F">
      <w:pPr>
        <w:spacing w:line="276" w:lineRule="auto"/>
        <w:rPr>
          <w:sz w:val="22"/>
          <w:szCs w:val="22"/>
        </w:rPr>
      </w:pPr>
    </w:p>
    <w:p w14:paraId="6CBB4087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Declaro que li e concordo com todas as disposições do Edital, que as informações aqui prestadas são verdadeiras e que estou ciente das obrigações a mim impostas.</w:t>
      </w:r>
    </w:p>
    <w:p w14:paraId="66A776F9" w14:textId="77777777" w:rsidR="00AE7A3D" w:rsidRPr="0028783F" w:rsidRDefault="00AE7A3D" w:rsidP="0028783F">
      <w:pPr>
        <w:spacing w:line="276" w:lineRule="auto"/>
        <w:rPr>
          <w:sz w:val="22"/>
          <w:szCs w:val="22"/>
        </w:rPr>
      </w:pPr>
    </w:p>
    <w:p w14:paraId="418C1915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 xml:space="preserve">Santarém (PA), _____ de ________________ </w:t>
      </w:r>
      <w:proofErr w:type="spellStart"/>
      <w:r w:rsidRPr="0028783F">
        <w:rPr>
          <w:sz w:val="22"/>
          <w:szCs w:val="22"/>
        </w:rPr>
        <w:t>de</w:t>
      </w:r>
      <w:proofErr w:type="spellEnd"/>
      <w:r w:rsidRPr="0028783F">
        <w:rPr>
          <w:sz w:val="22"/>
          <w:szCs w:val="22"/>
        </w:rPr>
        <w:t xml:space="preserve"> ______.</w:t>
      </w:r>
    </w:p>
    <w:p w14:paraId="36AB0050" w14:textId="77777777" w:rsidR="00AE7A3D" w:rsidRPr="0028783F" w:rsidRDefault="00AE7A3D" w:rsidP="0028783F">
      <w:pPr>
        <w:spacing w:line="276" w:lineRule="auto"/>
        <w:rPr>
          <w:sz w:val="22"/>
          <w:szCs w:val="22"/>
        </w:rPr>
      </w:pPr>
    </w:p>
    <w:p w14:paraId="5937D40E" w14:textId="5E7460AD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 xml:space="preserve">Assinatura do Discente: </w:t>
      </w:r>
    </w:p>
    <w:p w14:paraId="58470F6A" w14:textId="77777777" w:rsidR="00DB11C5" w:rsidRPr="0028783F" w:rsidRDefault="00DB11C5" w:rsidP="0028783F">
      <w:pPr>
        <w:spacing w:after="60" w:line="276" w:lineRule="auto"/>
        <w:rPr>
          <w:sz w:val="22"/>
          <w:szCs w:val="22"/>
        </w:rPr>
      </w:pPr>
    </w:p>
    <w:p w14:paraId="272A1BEC" w14:textId="77777777" w:rsidR="00DB11C5" w:rsidRPr="0028783F" w:rsidRDefault="00DB11C5" w:rsidP="0028783F">
      <w:pPr>
        <w:spacing w:after="60" w:line="276" w:lineRule="auto"/>
        <w:rPr>
          <w:sz w:val="22"/>
          <w:szCs w:val="22"/>
        </w:rPr>
      </w:pPr>
    </w:p>
    <w:p w14:paraId="59CDC500" w14:textId="4A88A074" w:rsidR="00DB11C5" w:rsidRPr="0028783F" w:rsidRDefault="00DB11C5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 xml:space="preserve">Docente Orientador UFOPA: </w:t>
      </w:r>
    </w:p>
    <w:p w14:paraId="4E0D718F" w14:textId="77777777" w:rsidR="00DB11C5" w:rsidRPr="0028783F" w:rsidRDefault="00DB11C5" w:rsidP="0028783F">
      <w:pPr>
        <w:spacing w:after="60" w:line="276" w:lineRule="auto"/>
        <w:rPr>
          <w:sz w:val="22"/>
          <w:szCs w:val="22"/>
        </w:rPr>
      </w:pPr>
    </w:p>
    <w:p w14:paraId="135FA152" w14:textId="77777777" w:rsidR="00DB11C5" w:rsidRPr="0028783F" w:rsidRDefault="00DB11C5" w:rsidP="0028783F">
      <w:pPr>
        <w:spacing w:after="60" w:line="276" w:lineRule="auto"/>
        <w:rPr>
          <w:sz w:val="22"/>
          <w:szCs w:val="22"/>
        </w:rPr>
      </w:pPr>
    </w:p>
    <w:p w14:paraId="3EA586C5" w14:textId="77777777" w:rsidR="00DB11C5" w:rsidRPr="0028783F" w:rsidRDefault="00DB11C5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Docente receptor na IES parceira:</w:t>
      </w:r>
    </w:p>
    <w:p w14:paraId="1B31EBC5" w14:textId="77777777" w:rsidR="00DB11C5" w:rsidRPr="0028783F" w:rsidRDefault="00DB11C5" w:rsidP="0028783F">
      <w:pPr>
        <w:spacing w:after="60" w:line="276" w:lineRule="auto"/>
        <w:rPr>
          <w:sz w:val="22"/>
          <w:szCs w:val="22"/>
        </w:rPr>
      </w:pPr>
    </w:p>
    <w:p w14:paraId="5295D9B5" w14:textId="77777777" w:rsidR="00DB11C5" w:rsidRPr="0028783F" w:rsidRDefault="00DB11C5" w:rsidP="0028783F">
      <w:pPr>
        <w:spacing w:after="60" w:line="276" w:lineRule="auto"/>
        <w:rPr>
          <w:sz w:val="22"/>
          <w:szCs w:val="22"/>
        </w:rPr>
      </w:pPr>
    </w:p>
    <w:p w14:paraId="2EBD0E80" w14:textId="3C12C3AF" w:rsidR="000F2EF6" w:rsidRPr="0028783F" w:rsidRDefault="000F2EF6" w:rsidP="000F2EF6">
      <w:pPr>
        <w:spacing w:after="60" w:line="276" w:lineRule="auto"/>
        <w:rPr>
          <w:i/>
          <w:iCs/>
          <w:color w:val="EE0000"/>
          <w:sz w:val="22"/>
          <w:szCs w:val="22"/>
        </w:rPr>
      </w:pPr>
      <w:r w:rsidRPr="0028783F">
        <w:rPr>
          <w:i/>
          <w:iCs/>
          <w:color w:val="EE0000"/>
          <w:sz w:val="22"/>
          <w:szCs w:val="22"/>
        </w:rPr>
        <w:t xml:space="preserve">Todas as assinaturas solicitadas são obrigatórias e a ausência </w:t>
      </w:r>
      <w:r w:rsidR="00C64E26" w:rsidRPr="0028783F">
        <w:rPr>
          <w:i/>
          <w:iCs/>
          <w:color w:val="EE0000"/>
          <w:sz w:val="22"/>
          <w:szCs w:val="22"/>
        </w:rPr>
        <w:t>acarretará</w:t>
      </w:r>
      <w:r w:rsidRPr="0028783F">
        <w:rPr>
          <w:i/>
          <w:iCs/>
          <w:color w:val="EE0000"/>
          <w:sz w:val="22"/>
          <w:szCs w:val="22"/>
        </w:rPr>
        <w:t xml:space="preserve"> eliminação.</w:t>
      </w:r>
      <w:r>
        <w:rPr>
          <w:i/>
          <w:iCs/>
          <w:color w:val="EE0000"/>
          <w:sz w:val="22"/>
          <w:szCs w:val="22"/>
        </w:rPr>
        <w:t xml:space="preserve"> Aceita-se assinatura digital SOUGOV.</w:t>
      </w:r>
    </w:p>
    <w:p w14:paraId="31EB1D00" w14:textId="77777777" w:rsidR="00DB11C5" w:rsidRPr="0028783F" w:rsidRDefault="00DB11C5" w:rsidP="0028783F">
      <w:pPr>
        <w:spacing w:after="60" w:line="276" w:lineRule="auto"/>
        <w:rPr>
          <w:sz w:val="22"/>
          <w:szCs w:val="22"/>
        </w:rPr>
      </w:pPr>
    </w:p>
    <w:p w14:paraId="4DCEF281" w14:textId="77777777" w:rsidR="00AE7A3D" w:rsidRPr="0028783F" w:rsidRDefault="00A94CCF" w:rsidP="0028783F">
      <w:pPr>
        <w:spacing w:line="276" w:lineRule="auto"/>
        <w:rPr>
          <w:sz w:val="22"/>
          <w:szCs w:val="22"/>
        </w:rPr>
      </w:pPr>
      <w:r w:rsidRPr="0028783F">
        <w:rPr>
          <w:sz w:val="22"/>
          <w:szCs w:val="22"/>
        </w:rPr>
        <w:br w:type="page"/>
      </w:r>
    </w:p>
    <w:p w14:paraId="3B83F15B" w14:textId="620ED72B" w:rsidR="00AE7A3D" w:rsidRDefault="00A94CCF" w:rsidP="0028783F">
      <w:pPr>
        <w:spacing w:before="280" w:after="160" w:line="276" w:lineRule="auto"/>
        <w:jc w:val="center"/>
        <w:rPr>
          <w:b/>
          <w:sz w:val="22"/>
          <w:szCs w:val="22"/>
        </w:rPr>
      </w:pPr>
      <w:r w:rsidRPr="0028783F">
        <w:rPr>
          <w:b/>
          <w:sz w:val="22"/>
          <w:szCs w:val="22"/>
        </w:rPr>
        <w:lastRenderedPageBreak/>
        <w:t xml:space="preserve">ANEXO </w:t>
      </w:r>
      <w:r w:rsidR="004A2C01">
        <w:rPr>
          <w:b/>
          <w:sz w:val="22"/>
          <w:szCs w:val="22"/>
        </w:rPr>
        <w:t>III</w:t>
      </w:r>
      <w:r w:rsidRPr="0028783F">
        <w:rPr>
          <w:b/>
          <w:sz w:val="22"/>
          <w:szCs w:val="22"/>
        </w:rPr>
        <w:t xml:space="preserve"> – TERMO DE COMPROMISSO DO DISCENTE CONTEMPLADO</w:t>
      </w:r>
    </w:p>
    <w:p w14:paraId="75E8EE97" w14:textId="02DC325C" w:rsidR="009C16FF" w:rsidRPr="009C16FF" w:rsidRDefault="009C16FF" w:rsidP="009C16FF">
      <w:pPr>
        <w:spacing w:before="280" w:after="160" w:line="276" w:lineRule="auto"/>
        <w:jc w:val="center"/>
        <w:rPr>
          <w:b/>
          <w:color w:val="EE0000"/>
          <w:sz w:val="22"/>
          <w:szCs w:val="22"/>
        </w:rPr>
      </w:pPr>
      <w:r w:rsidRPr="009C16FF">
        <w:rPr>
          <w:b/>
          <w:color w:val="EE0000"/>
          <w:sz w:val="22"/>
          <w:szCs w:val="22"/>
        </w:rPr>
        <w:t>(Anexar ao Projeto no SIGAA)</w:t>
      </w:r>
    </w:p>
    <w:p w14:paraId="4FCF07CD" w14:textId="4138AD3F" w:rsidR="00AE7A3D" w:rsidRPr="0028783F" w:rsidRDefault="00A94CCF" w:rsidP="0028783F">
      <w:pPr>
        <w:spacing w:after="60" w:line="276" w:lineRule="auto"/>
        <w:jc w:val="both"/>
        <w:rPr>
          <w:sz w:val="22"/>
          <w:szCs w:val="22"/>
        </w:rPr>
      </w:pPr>
      <w:r w:rsidRPr="0028783F">
        <w:rPr>
          <w:sz w:val="22"/>
          <w:szCs w:val="22"/>
        </w:rPr>
        <w:t>Pelo presente instrumento, eu, _________________________________________, CPF nº _________________, discente do curso de ____________________________ da UFOPA, contemplado(a) com auxílio financeiro no âmbito do Edital nº ___/____</w:t>
      </w:r>
      <w:r w:rsidR="00D35BB0" w:rsidRPr="0028783F">
        <w:rPr>
          <w:sz w:val="22"/>
          <w:szCs w:val="22"/>
        </w:rPr>
        <w:t xml:space="preserve"> </w:t>
      </w:r>
      <w:r w:rsidRPr="0028783F">
        <w:rPr>
          <w:sz w:val="22"/>
          <w:szCs w:val="22"/>
        </w:rPr>
        <w:t>/ARNI/UFOPA, COMPROMETO-ME a:</w:t>
      </w:r>
    </w:p>
    <w:p w14:paraId="546B11D9" w14:textId="77777777" w:rsidR="00AE7A3D" w:rsidRPr="0028783F" w:rsidRDefault="00AE7A3D" w:rsidP="0028783F">
      <w:pPr>
        <w:spacing w:line="276" w:lineRule="auto"/>
        <w:jc w:val="both"/>
        <w:rPr>
          <w:sz w:val="22"/>
          <w:szCs w:val="22"/>
        </w:rPr>
      </w:pPr>
    </w:p>
    <w:p w14:paraId="2A988B86" w14:textId="77777777" w:rsidR="00AE7A3D" w:rsidRPr="0028783F" w:rsidRDefault="00A94CCF" w:rsidP="0028783F">
      <w:pPr>
        <w:spacing w:after="60" w:line="276" w:lineRule="auto"/>
        <w:jc w:val="both"/>
        <w:rPr>
          <w:sz w:val="22"/>
          <w:szCs w:val="22"/>
        </w:rPr>
      </w:pPr>
      <w:r w:rsidRPr="0028783F">
        <w:rPr>
          <w:sz w:val="22"/>
          <w:szCs w:val="22"/>
        </w:rPr>
        <w:t>a) Executar as atividades descritas no Plano de Trabalho aprovado;</w:t>
      </w:r>
    </w:p>
    <w:p w14:paraId="392D576A" w14:textId="77777777" w:rsidR="00AE7A3D" w:rsidRPr="0028783F" w:rsidRDefault="00A94CCF" w:rsidP="0028783F">
      <w:pPr>
        <w:spacing w:after="60" w:line="276" w:lineRule="auto"/>
        <w:jc w:val="both"/>
        <w:rPr>
          <w:sz w:val="22"/>
          <w:szCs w:val="22"/>
        </w:rPr>
      </w:pPr>
      <w:r w:rsidRPr="0028783F">
        <w:rPr>
          <w:sz w:val="22"/>
          <w:szCs w:val="22"/>
        </w:rPr>
        <w:t>b) Comunicar imediatamente à ARNI qualquer alteração no período ou nas atividades previstas;</w:t>
      </w:r>
    </w:p>
    <w:p w14:paraId="1B7F5F24" w14:textId="77777777" w:rsidR="00AE7A3D" w:rsidRPr="0028783F" w:rsidRDefault="00A94CCF" w:rsidP="0028783F">
      <w:pPr>
        <w:spacing w:after="60" w:line="276" w:lineRule="auto"/>
        <w:jc w:val="both"/>
        <w:rPr>
          <w:sz w:val="22"/>
          <w:szCs w:val="22"/>
        </w:rPr>
      </w:pPr>
      <w:r w:rsidRPr="0028783F">
        <w:rPr>
          <w:sz w:val="22"/>
          <w:szCs w:val="22"/>
        </w:rPr>
        <w:t>c) Adquirir seguro de viagem com as coberturas mínimas exigidas pelo Edital;</w:t>
      </w:r>
    </w:p>
    <w:p w14:paraId="0071B58F" w14:textId="77777777" w:rsidR="00AE7A3D" w:rsidRPr="0028783F" w:rsidRDefault="00A94CCF" w:rsidP="0028783F">
      <w:pPr>
        <w:spacing w:after="60" w:line="276" w:lineRule="auto"/>
        <w:jc w:val="both"/>
        <w:rPr>
          <w:sz w:val="22"/>
          <w:szCs w:val="22"/>
        </w:rPr>
      </w:pPr>
      <w:r w:rsidRPr="0028783F">
        <w:rPr>
          <w:sz w:val="22"/>
          <w:szCs w:val="22"/>
        </w:rPr>
        <w:t>d) Entregar o Relatório de Atividades (Anexo V) no prazo de até 60 dias após o retorno;</w:t>
      </w:r>
    </w:p>
    <w:p w14:paraId="254EDB62" w14:textId="77777777" w:rsidR="00AE7A3D" w:rsidRPr="0028783F" w:rsidRDefault="00A94CCF" w:rsidP="0028783F">
      <w:pPr>
        <w:spacing w:after="60" w:line="276" w:lineRule="auto"/>
        <w:jc w:val="both"/>
        <w:rPr>
          <w:sz w:val="22"/>
          <w:szCs w:val="22"/>
        </w:rPr>
      </w:pPr>
      <w:r w:rsidRPr="0028783F">
        <w:rPr>
          <w:sz w:val="22"/>
          <w:szCs w:val="22"/>
        </w:rPr>
        <w:t>e) Devolver integralmente o valor do auxílio em caso de desistência após o recebimento ou de não cumprimento das obrigações deste Edital;</w:t>
      </w:r>
    </w:p>
    <w:p w14:paraId="5D430D6D" w14:textId="77777777" w:rsidR="00AE7A3D" w:rsidRPr="0028783F" w:rsidRDefault="00A94CCF" w:rsidP="0028783F">
      <w:pPr>
        <w:spacing w:after="60" w:line="276" w:lineRule="auto"/>
        <w:jc w:val="both"/>
        <w:rPr>
          <w:sz w:val="22"/>
          <w:szCs w:val="22"/>
        </w:rPr>
      </w:pPr>
      <w:r w:rsidRPr="0028783F">
        <w:rPr>
          <w:sz w:val="22"/>
          <w:szCs w:val="22"/>
        </w:rPr>
        <w:t>f) Permanecer matriculado na UFOPA por pelo menos um semestre letivo após o retorno.</w:t>
      </w:r>
    </w:p>
    <w:p w14:paraId="7066F73B" w14:textId="77777777" w:rsidR="00AE7A3D" w:rsidRPr="0028783F" w:rsidRDefault="00AE7A3D" w:rsidP="0028783F">
      <w:pPr>
        <w:spacing w:line="276" w:lineRule="auto"/>
        <w:jc w:val="both"/>
        <w:rPr>
          <w:sz w:val="22"/>
          <w:szCs w:val="22"/>
        </w:rPr>
      </w:pPr>
    </w:p>
    <w:p w14:paraId="392798DB" w14:textId="77777777" w:rsidR="00AE7A3D" w:rsidRPr="0028783F" w:rsidRDefault="00A94CCF" w:rsidP="0028783F">
      <w:pPr>
        <w:spacing w:after="60" w:line="276" w:lineRule="auto"/>
        <w:jc w:val="both"/>
        <w:rPr>
          <w:sz w:val="22"/>
          <w:szCs w:val="22"/>
        </w:rPr>
      </w:pPr>
      <w:r w:rsidRPr="0028783F">
        <w:rPr>
          <w:sz w:val="22"/>
          <w:szCs w:val="22"/>
        </w:rPr>
        <w:t xml:space="preserve">Santarém (PA), _____ de ________________ </w:t>
      </w:r>
      <w:proofErr w:type="spellStart"/>
      <w:r w:rsidRPr="0028783F">
        <w:rPr>
          <w:sz w:val="22"/>
          <w:szCs w:val="22"/>
        </w:rPr>
        <w:t>de</w:t>
      </w:r>
      <w:proofErr w:type="spellEnd"/>
      <w:r w:rsidRPr="0028783F">
        <w:rPr>
          <w:sz w:val="22"/>
          <w:szCs w:val="22"/>
        </w:rPr>
        <w:t xml:space="preserve"> ______.</w:t>
      </w:r>
    </w:p>
    <w:p w14:paraId="3F1FDE4E" w14:textId="77777777" w:rsidR="00AE7A3D" w:rsidRPr="0028783F" w:rsidRDefault="00AE7A3D" w:rsidP="0028783F">
      <w:pPr>
        <w:spacing w:line="276" w:lineRule="auto"/>
        <w:rPr>
          <w:sz w:val="22"/>
          <w:szCs w:val="22"/>
        </w:rPr>
      </w:pPr>
    </w:p>
    <w:p w14:paraId="44A01A85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Assinatura do Discente: ______________________________</w:t>
      </w:r>
    </w:p>
    <w:p w14:paraId="4D264565" w14:textId="77777777" w:rsidR="00AE7A3D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Assinatura do Docente Orientador: ______________________________</w:t>
      </w:r>
    </w:p>
    <w:p w14:paraId="07E174F0" w14:textId="77777777" w:rsidR="000F2EF6" w:rsidRDefault="000F2EF6" w:rsidP="0028783F">
      <w:pPr>
        <w:spacing w:after="60" w:line="276" w:lineRule="auto"/>
        <w:rPr>
          <w:sz w:val="22"/>
          <w:szCs w:val="22"/>
        </w:rPr>
      </w:pPr>
    </w:p>
    <w:p w14:paraId="64AF564E" w14:textId="77777777" w:rsidR="000F2EF6" w:rsidRDefault="000F2EF6" w:rsidP="0028783F">
      <w:pPr>
        <w:spacing w:after="60" w:line="276" w:lineRule="auto"/>
        <w:rPr>
          <w:sz w:val="22"/>
          <w:szCs w:val="22"/>
        </w:rPr>
      </w:pPr>
    </w:p>
    <w:p w14:paraId="70EAC738" w14:textId="7AD96CED" w:rsidR="000F2EF6" w:rsidRPr="0028783F" w:rsidRDefault="000F2EF6" w:rsidP="000F2EF6">
      <w:pPr>
        <w:spacing w:after="60" w:line="276" w:lineRule="auto"/>
        <w:rPr>
          <w:i/>
          <w:iCs/>
          <w:color w:val="EE0000"/>
          <w:sz w:val="22"/>
          <w:szCs w:val="22"/>
        </w:rPr>
      </w:pPr>
      <w:r w:rsidRPr="0028783F">
        <w:rPr>
          <w:i/>
          <w:iCs/>
          <w:color w:val="EE0000"/>
          <w:sz w:val="22"/>
          <w:szCs w:val="22"/>
        </w:rPr>
        <w:t xml:space="preserve">Todas as assinaturas solicitadas são obrigatórias e a ausência </w:t>
      </w:r>
      <w:r w:rsidR="00C64E26" w:rsidRPr="0028783F">
        <w:rPr>
          <w:i/>
          <w:iCs/>
          <w:color w:val="EE0000"/>
          <w:sz w:val="22"/>
          <w:szCs w:val="22"/>
        </w:rPr>
        <w:t>acarretará</w:t>
      </w:r>
      <w:r w:rsidRPr="0028783F">
        <w:rPr>
          <w:i/>
          <w:iCs/>
          <w:color w:val="EE0000"/>
          <w:sz w:val="22"/>
          <w:szCs w:val="22"/>
        </w:rPr>
        <w:t xml:space="preserve"> eliminação.</w:t>
      </w:r>
      <w:r>
        <w:rPr>
          <w:i/>
          <w:iCs/>
          <w:color w:val="EE0000"/>
          <w:sz w:val="22"/>
          <w:szCs w:val="22"/>
        </w:rPr>
        <w:t xml:space="preserve"> Aceita-se assinatura digital SOUGOV.</w:t>
      </w:r>
    </w:p>
    <w:p w14:paraId="45F2065C" w14:textId="77777777" w:rsidR="000F2EF6" w:rsidRPr="0028783F" w:rsidRDefault="000F2EF6" w:rsidP="0028783F">
      <w:pPr>
        <w:spacing w:after="60" w:line="276" w:lineRule="auto"/>
        <w:rPr>
          <w:sz w:val="22"/>
          <w:szCs w:val="22"/>
        </w:rPr>
      </w:pPr>
    </w:p>
    <w:p w14:paraId="50410ECE" w14:textId="77777777" w:rsidR="00AE7A3D" w:rsidRPr="0028783F" w:rsidRDefault="00A94CCF" w:rsidP="0028783F">
      <w:pPr>
        <w:spacing w:line="276" w:lineRule="auto"/>
        <w:rPr>
          <w:sz w:val="22"/>
          <w:szCs w:val="22"/>
        </w:rPr>
      </w:pPr>
      <w:r w:rsidRPr="0028783F">
        <w:rPr>
          <w:sz w:val="22"/>
          <w:szCs w:val="22"/>
        </w:rPr>
        <w:br w:type="page"/>
      </w:r>
    </w:p>
    <w:p w14:paraId="6AE1C9E1" w14:textId="6E616BC7" w:rsidR="00AE7A3D" w:rsidRPr="0028783F" w:rsidRDefault="00A94CCF" w:rsidP="0028783F">
      <w:pPr>
        <w:spacing w:before="280" w:after="160" w:line="276" w:lineRule="auto"/>
        <w:jc w:val="center"/>
        <w:rPr>
          <w:sz w:val="22"/>
          <w:szCs w:val="22"/>
        </w:rPr>
      </w:pPr>
      <w:r w:rsidRPr="0028783F">
        <w:rPr>
          <w:b/>
          <w:sz w:val="22"/>
          <w:szCs w:val="22"/>
        </w:rPr>
        <w:lastRenderedPageBreak/>
        <w:t xml:space="preserve">ANEXO </w:t>
      </w:r>
      <w:r w:rsidR="004A2C01">
        <w:rPr>
          <w:b/>
          <w:sz w:val="22"/>
          <w:szCs w:val="22"/>
        </w:rPr>
        <w:t>I</w:t>
      </w:r>
      <w:r w:rsidRPr="0028783F">
        <w:rPr>
          <w:b/>
          <w:sz w:val="22"/>
          <w:szCs w:val="22"/>
        </w:rPr>
        <w:t>V – RELATÓRIO DE ATIVIDADES</w:t>
      </w:r>
    </w:p>
    <w:p w14:paraId="730A9CCB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b/>
          <w:sz w:val="22"/>
          <w:szCs w:val="22"/>
        </w:rPr>
        <w:t>1. IDENTIFICAÇÃO</w:t>
      </w:r>
    </w:p>
    <w:p w14:paraId="792E12DA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Nome do discente:</w:t>
      </w:r>
    </w:p>
    <w:p w14:paraId="77961FD1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Matrícula / Curso / Unidade Acadêmica:</w:t>
      </w:r>
    </w:p>
    <w:p w14:paraId="554F810C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IES receptora / Departamento:</w:t>
      </w:r>
    </w:p>
    <w:p w14:paraId="66168764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Período de mobilidade realizado: ___/___/______ a ___/___/______</w:t>
      </w:r>
    </w:p>
    <w:p w14:paraId="095505F6" w14:textId="77777777" w:rsidR="00AE7A3D" w:rsidRPr="0028783F" w:rsidRDefault="00AE7A3D" w:rsidP="0028783F">
      <w:pPr>
        <w:spacing w:line="276" w:lineRule="auto"/>
        <w:rPr>
          <w:sz w:val="22"/>
          <w:szCs w:val="22"/>
        </w:rPr>
      </w:pPr>
    </w:p>
    <w:p w14:paraId="1DD260CC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b/>
          <w:sz w:val="22"/>
          <w:szCs w:val="22"/>
        </w:rPr>
        <w:t>2. ATIVIDADES REALIZADAS</w:t>
      </w:r>
    </w:p>
    <w:p w14:paraId="2AD82EF4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(Descreva cada atividade efetivamente realizada durante a mobilidade, indicando tipo, carga horária e resultados obtidos)</w:t>
      </w:r>
    </w:p>
    <w:p w14:paraId="428E0D00" w14:textId="77777777" w:rsidR="00AE7A3D" w:rsidRPr="0028783F" w:rsidRDefault="00AE7A3D" w:rsidP="0028783F">
      <w:pPr>
        <w:spacing w:line="276" w:lineRule="auto"/>
        <w:rPr>
          <w:sz w:val="22"/>
          <w:szCs w:val="22"/>
        </w:rPr>
      </w:pPr>
    </w:p>
    <w:p w14:paraId="5E9581FB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b/>
          <w:sz w:val="22"/>
          <w:szCs w:val="22"/>
        </w:rPr>
        <w:t>3. APRENDIZADOS E CONTRIBUIÇÕES À FORMAÇÃO ACADÊMICA</w:t>
      </w:r>
    </w:p>
    <w:p w14:paraId="28A850E1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(Relate os principais aprendizados e como a experiência contribuiu para sua formação)</w:t>
      </w:r>
    </w:p>
    <w:p w14:paraId="5C338148" w14:textId="77777777" w:rsidR="00AE7A3D" w:rsidRPr="0028783F" w:rsidRDefault="00AE7A3D" w:rsidP="0028783F">
      <w:pPr>
        <w:spacing w:line="276" w:lineRule="auto"/>
        <w:rPr>
          <w:sz w:val="22"/>
          <w:szCs w:val="22"/>
        </w:rPr>
      </w:pPr>
    </w:p>
    <w:p w14:paraId="3EF3942D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b/>
          <w:sz w:val="22"/>
          <w:szCs w:val="22"/>
        </w:rPr>
        <w:t>4. DIFICULDADES ENCONTRADAS</w:t>
      </w:r>
    </w:p>
    <w:p w14:paraId="21886734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(Relate eventuais dificuldades e como foram superadas)</w:t>
      </w:r>
    </w:p>
    <w:p w14:paraId="08EBFC1A" w14:textId="77777777" w:rsidR="00AE7A3D" w:rsidRPr="0028783F" w:rsidRDefault="00AE7A3D" w:rsidP="0028783F">
      <w:pPr>
        <w:spacing w:line="276" w:lineRule="auto"/>
        <w:rPr>
          <w:sz w:val="22"/>
          <w:szCs w:val="22"/>
        </w:rPr>
      </w:pPr>
    </w:p>
    <w:p w14:paraId="60332C7D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b/>
          <w:sz w:val="22"/>
          <w:szCs w:val="22"/>
        </w:rPr>
        <w:t>5. DOCUMENTOS COMPROBATÓRIOS ANEXADOS</w:t>
      </w:r>
    </w:p>
    <w:p w14:paraId="263E9659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proofErr w:type="gramStart"/>
      <w:r w:rsidRPr="0028783F">
        <w:rPr>
          <w:sz w:val="22"/>
          <w:szCs w:val="22"/>
        </w:rPr>
        <w:t>( )</w:t>
      </w:r>
      <w:proofErr w:type="gramEnd"/>
      <w:r w:rsidRPr="0028783F">
        <w:rPr>
          <w:sz w:val="22"/>
          <w:szCs w:val="22"/>
        </w:rPr>
        <w:t xml:space="preserve"> Declaração/Certificado de participação emitido pela IES receptora</w:t>
      </w:r>
    </w:p>
    <w:p w14:paraId="4A1A8D21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proofErr w:type="gramStart"/>
      <w:r w:rsidRPr="0028783F">
        <w:rPr>
          <w:sz w:val="22"/>
          <w:szCs w:val="22"/>
        </w:rPr>
        <w:t>( )</w:t>
      </w:r>
      <w:proofErr w:type="gramEnd"/>
      <w:r w:rsidRPr="0028783F">
        <w:rPr>
          <w:sz w:val="22"/>
          <w:szCs w:val="22"/>
        </w:rPr>
        <w:t xml:space="preserve"> Frequência / Histórico de atividades</w:t>
      </w:r>
    </w:p>
    <w:p w14:paraId="77A4F8B0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proofErr w:type="gramStart"/>
      <w:r w:rsidRPr="0028783F">
        <w:rPr>
          <w:sz w:val="22"/>
          <w:szCs w:val="22"/>
        </w:rPr>
        <w:t>( )</w:t>
      </w:r>
      <w:proofErr w:type="gramEnd"/>
      <w:r w:rsidRPr="0028783F">
        <w:rPr>
          <w:sz w:val="22"/>
          <w:szCs w:val="22"/>
        </w:rPr>
        <w:t xml:space="preserve"> Outros: ____________________________</w:t>
      </w:r>
    </w:p>
    <w:p w14:paraId="0EE55FA4" w14:textId="77777777" w:rsidR="00AE7A3D" w:rsidRPr="0028783F" w:rsidRDefault="00AE7A3D" w:rsidP="0028783F">
      <w:pPr>
        <w:spacing w:line="276" w:lineRule="auto"/>
        <w:rPr>
          <w:b/>
          <w:bCs/>
          <w:sz w:val="22"/>
          <w:szCs w:val="22"/>
        </w:rPr>
      </w:pPr>
    </w:p>
    <w:p w14:paraId="6A41E3AA" w14:textId="2A2F46EB" w:rsidR="00907633" w:rsidRPr="0028783F" w:rsidRDefault="00907633" w:rsidP="0028783F">
      <w:pPr>
        <w:spacing w:line="276" w:lineRule="auto"/>
        <w:rPr>
          <w:b/>
          <w:bCs/>
          <w:sz w:val="22"/>
          <w:szCs w:val="22"/>
        </w:rPr>
      </w:pPr>
      <w:r w:rsidRPr="0028783F">
        <w:rPr>
          <w:b/>
          <w:bCs/>
          <w:sz w:val="22"/>
          <w:szCs w:val="22"/>
        </w:rPr>
        <w:t>6. COMO A INTEGRAÇÃO PEEX PREVISTA SE EFETIVOU NA PRÁTICA, E SE HOUVE PRODUÇÃO DECORRENTE?</w:t>
      </w:r>
    </w:p>
    <w:p w14:paraId="3E49A18C" w14:textId="6A04F934" w:rsidR="00907633" w:rsidRPr="0028783F" w:rsidRDefault="00907633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 xml:space="preserve">(Relate como a integração entre pesquisa, </w:t>
      </w:r>
      <w:r w:rsidR="006161C4" w:rsidRPr="0028783F">
        <w:rPr>
          <w:sz w:val="22"/>
          <w:szCs w:val="22"/>
        </w:rPr>
        <w:t>e</w:t>
      </w:r>
      <w:r w:rsidRPr="0028783F">
        <w:rPr>
          <w:sz w:val="22"/>
          <w:szCs w:val="22"/>
        </w:rPr>
        <w:t xml:space="preserve">nsino e extensão ocorreu na prática e se houve alguma produção (ou haverá) </w:t>
      </w:r>
      <w:r w:rsidR="006161C4" w:rsidRPr="0028783F">
        <w:rPr>
          <w:sz w:val="22"/>
          <w:szCs w:val="22"/>
        </w:rPr>
        <w:t>proveniente da missão.)</w:t>
      </w:r>
    </w:p>
    <w:p w14:paraId="5A2876F7" w14:textId="77777777" w:rsidR="00907633" w:rsidRPr="0028783F" w:rsidRDefault="00907633" w:rsidP="0028783F">
      <w:pPr>
        <w:spacing w:line="276" w:lineRule="auto"/>
        <w:rPr>
          <w:b/>
          <w:bCs/>
          <w:sz w:val="22"/>
          <w:szCs w:val="22"/>
        </w:rPr>
      </w:pPr>
    </w:p>
    <w:p w14:paraId="1092D90B" w14:textId="187484BF" w:rsidR="00AE7A3D" w:rsidRPr="0028783F" w:rsidRDefault="00907633" w:rsidP="0028783F">
      <w:pPr>
        <w:spacing w:after="60" w:line="276" w:lineRule="auto"/>
        <w:rPr>
          <w:sz w:val="22"/>
          <w:szCs w:val="22"/>
        </w:rPr>
      </w:pPr>
      <w:r w:rsidRPr="0028783F">
        <w:rPr>
          <w:b/>
          <w:sz w:val="22"/>
          <w:szCs w:val="22"/>
        </w:rPr>
        <w:t>7</w:t>
      </w:r>
      <w:r w:rsidR="00A94CCF" w:rsidRPr="0028783F">
        <w:rPr>
          <w:b/>
          <w:sz w:val="22"/>
          <w:szCs w:val="22"/>
        </w:rPr>
        <w:t>. ASSINATURAS</w:t>
      </w:r>
    </w:p>
    <w:p w14:paraId="6C9D32E4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Discente: ______________________________ Data: ___/___/______</w:t>
      </w:r>
    </w:p>
    <w:p w14:paraId="65B641FF" w14:textId="77777777" w:rsidR="00AE7A3D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Docente Orientador UFOPA: ______________________________ Data: ___/___/______</w:t>
      </w:r>
    </w:p>
    <w:p w14:paraId="6286AED0" w14:textId="77777777" w:rsidR="000F2EF6" w:rsidRDefault="000F2EF6" w:rsidP="0028783F">
      <w:pPr>
        <w:spacing w:after="60" w:line="276" w:lineRule="auto"/>
        <w:rPr>
          <w:sz w:val="22"/>
          <w:szCs w:val="22"/>
        </w:rPr>
      </w:pPr>
    </w:p>
    <w:p w14:paraId="1FB64876" w14:textId="77777777" w:rsidR="000F2EF6" w:rsidRDefault="000F2EF6" w:rsidP="0028783F">
      <w:pPr>
        <w:spacing w:after="60" w:line="276" w:lineRule="auto"/>
        <w:rPr>
          <w:sz w:val="22"/>
          <w:szCs w:val="22"/>
        </w:rPr>
      </w:pPr>
    </w:p>
    <w:p w14:paraId="7759E18E" w14:textId="15D4C009" w:rsidR="000F2EF6" w:rsidRPr="0028783F" w:rsidRDefault="000F2EF6" w:rsidP="000F2EF6">
      <w:pPr>
        <w:spacing w:after="60" w:line="276" w:lineRule="auto"/>
        <w:rPr>
          <w:i/>
          <w:iCs/>
          <w:color w:val="EE0000"/>
          <w:sz w:val="22"/>
          <w:szCs w:val="22"/>
        </w:rPr>
      </w:pPr>
      <w:r w:rsidRPr="0028783F">
        <w:rPr>
          <w:i/>
          <w:iCs/>
          <w:color w:val="EE0000"/>
          <w:sz w:val="22"/>
          <w:szCs w:val="22"/>
        </w:rPr>
        <w:t xml:space="preserve">Todas as assinaturas solicitadas são obrigatórias e a ausência </w:t>
      </w:r>
      <w:r w:rsidR="00C64E26" w:rsidRPr="0028783F">
        <w:rPr>
          <w:i/>
          <w:iCs/>
          <w:color w:val="EE0000"/>
          <w:sz w:val="22"/>
          <w:szCs w:val="22"/>
        </w:rPr>
        <w:t>acarretará</w:t>
      </w:r>
      <w:r w:rsidRPr="0028783F">
        <w:rPr>
          <w:i/>
          <w:iCs/>
          <w:color w:val="EE0000"/>
          <w:sz w:val="22"/>
          <w:szCs w:val="22"/>
        </w:rPr>
        <w:t xml:space="preserve"> </w:t>
      </w:r>
      <w:r>
        <w:rPr>
          <w:i/>
          <w:iCs/>
          <w:color w:val="EE0000"/>
          <w:sz w:val="22"/>
          <w:szCs w:val="22"/>
        </w:rPr>
        <w:t>reprovação do relatório</w:t>
      </w:r>
      <w:r w:rsidRPr="0028783F">
        <w:rPr>
          <w:i/>
          <w:iCs/>
          <w:color w:val="EE0000"/>
          <w:sz w:val="22"/>
          <w:szCs w:val="22"/>
        </w:rPr>
        <w:t>.</w:t>
      </w:r>
      <w:r>
        <w:rPr>
          <w:i/>
          <w:iCs/>
          <w:color w:val="EE0000"/>
          <w:sz w:val="22"/>
          <w:szCs w:val="22"/>
        </w:rPr>
        <w:t xml:space="preserve"> Aceita-se assinatura digital SOUGOV.</w:t>
      </w:r>
    </w:p>
    <w:p w14:paraId="2CB35894" w14:textId="77777777" w:rsidR="000F2EF6" w:rsidRPr="0028783F" w:rsidRDefault="000F2EF6" w:rsidP="0028783F">
      <w:pPr>
        <w:spacing w:after="60" w:line="276" w:lineRule="auto"/>
        <w:rPr>
          <w:sz w:val="22"/>
          <w:szCs w:val="22"/>
        </w:rPr>
      </w:pPr>
    </w:p>
    <w:p w14:paraId="1C0EC681" w14:textId="77777777" w:rsidR="00AE7A3D" w:rsidRPr="0028783F" w:rsidRDefault="00A94CCF" w:rsidP="0028783F">
      <w:pPr>
        <w:spacing w:line="276" w:lineRule="auto"/>
        <w:rPr>
          <w:sz w:val="22"/>
          <w:szCs w:val="22"/>
        </w:rPr>
      </w:pPr>
      <w:r w:rsidRPr="0028783F">
        <w:rPr>
          <w:sz w:val="22"/>
          <w:szCs w:val="22"/>
        </w:rPr>
        <w:br w:type="page"/>
      </w:r>
    </w:p>
    <w:p w14:paraId="7DE207CB" w14:textId="773B76DF" w:rsidR="00AE7A3D" w:rsidRPr="0028783F" w:rsidRDefault="00A94CCF" w:rsidP="0028783F">
      <w:pPr>
        <w:spacing w:before="280" w:after="160" w:line="276" w:lineRule="auto"/>
        <w:jc w:val="center"/>
        <w:rPr>
          <w:sz w:val="22"/>
          <w:szCs w:val="22"/>
        </w:rPr>
      </w:pPr>
      <w:r w:rsidRPr="0028783F">
        <w:rPr>
          <w:b/>
          <w:sz w:val="22"/>
          <w:szCs w:val="22"/>
        </w:rPr>
        <w:lastRenderedPageBreak/>
        <w:t>ANEXO V – FORMULÁRIO DE RECURSO</w:t>
      </w:r>
      <w:r w:rsidR="00111C55">
        <w:rPr>
          <w:b/>
          <w:sz w:val="22"/>
          <w:szCs w:val="22"/>
        </w:rPr>
        <w:t xml:space="preserve"> OU IMPUGNAÇÃO</w:t>
      </w:r>
    </w:p>
    <w:p w14:paraId="6351FB24" w14:textId="5FBBBC28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Edital nº ___/____/</w:t>
      </w:r>
      <w:r w:rsidR="00D35BB0" w:rsidRPr="0028783F">
        <w:rPr>
          <w:sz w:val="22"/>
          <w:szCs w:val="22"/>
        </w:rPr>
        <w:t xml:space="preserve"> </w:t>
      </w:r>
      <w:r w:rsidRPr="0028783F">
        <w:rPr>
          <w:sz w:val="22"/>
          <w:szCs w:val="22"/>
        </w:rPr>
        <w:t>ARNI/UFOPA</w:t>
      </w:r>
    </w:p>
    <w:p w14:paraId="5B1C92C8" w14:textId="77777777" w:rsidR="00AE7A3D" w:rsidRPr="0028783F" w:rsidRDefault="00AE7A3D" w:rsidP="0028783F">
      <w:pPr>
        <w:spacing w:line="276" w:lineRule="auto"/>
        <w:rPr>
          <w:sz w:val="22"/>
          <w:szCs w:val="22"/>
        </w:rPr>
      </w:pPr>
    </w:p>
    <w:p w14:paraId="7237E269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Nome completo do candidato:</w:t>
      </w:r>
    </w:p>
    <w:p w14:paraId="64F5DB97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Matrícula / Curso:</w:t>
      </w:r>
    </w:p>
    <w:p w14:paraId="46F61D07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E-mail / Telefone:</w:t>
      </w:r>
    </w:p>
    <w:p w14:paraId="6AC461F8" w14:textId="77777777" w:rsidR="00AE7A3D" w:rsidRPr="0028783F" w:rsidRDefault="00AE7A3D" w:rsidP="0028783F">
      <w:pPr>
        <w:spacing w:line="276" w:lineRule="auto"/>
        <w:rPr>
          <w:sz w:val="22"/>
          <w:szCs w:val="22"/>
        </w:rPr>
      </w:pPr>
    </w:p>
    <w:p w14:paraId="0AEF4B6D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 xml:space="preserve">Resultado contestado: </w:t>
      </w:r>
      <w:proofErr w:type="gramStart"/>
      <w:r w:rsidRPr="0028783F">
        <w:rPr>
          <w:sz w:val="22"/>
          <w:szCs w:val="22"/>
        </w:rPr>
        <w:t>( )</w:t>
      </w:r>
      <w:proofErr w:type="gramEnd"/>
      <w:r w:rsidRPr="0028783F">
        <w:rPr>
          <w:sz w:val="22"/>
          <w:szCs w:val="22"/>
        </w:rPr>
        <w:t xml:space="preserve"> Classificação Preliminar</w:t>
      </w:r>
      <w:proofErr w:type="gramStart"/>
      <w:r w:rsidRPr="0028783F">
        <w:rPr>
          <w:sz w:val="22"/>
          <w:szCs w:val="22"/>
        </w:rPr>
        <w:t xml:space="preserve">   (</w:t>
      </w:r>
      <w:proofErr w:type="gramEnd"/>
      <w:r w:rsidRPr="0028783F">
        <w:rPr>
          <w:sz w:val="22"/>
          <w:szCs w:val="22"/>
        </w:rPr>
        <w:t xml:space="preserve"> ) Outro: ______________</w:t>
      </w:r>
    </w:p>
    <w:p w14:paraId="192D5078" w14:textId="77777777" w:rsidR="00AE7A3D" w:rsidRPr="0028783F" w:rsidRDefault="00AE7A3D" w:rsidP="0028783F">
      <w:pPr>
        <w:spacing w:line="276" w:lineRule="auto"/>
        <w:rPr>
          <w:sz w:val="22"/>
          <w:szCs w:val="22"/>
        </w:rPr>
      </w:pPr>
    </w:p>
    <w:p w14:paraId="7A74C416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Fundamentação do recurso:</w:t>
      </w:r>
    </w:p>
    <w:p w14:paraId="6C937E8B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(Descreva objetivamente os motivos do recurso, com base nas disposições do Edital. Recursos sem fundamentação adequada não serão apreciados.)</w:t>
      </w:r>
    </w:p>
    <w:p w14:paraId="716A92C1" w14:textId="77777777" w:rsidR="00AE7A3D" w:rsidRPr="0028783F" w:rsidRDefault="00AE7A3D" w:rsidP="0028783F">
      <w:pPr>
        <w:spacing w:line="276" w:lineRule="auto"/>
        <w:rPr>
          <w:sz w:val="22"/>
          <w:szCs w:val="22"/>
        </w:rPr>
      </w:pPr>
    </w:p>
    <w:p w14:paraId="208CE47C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Documentos anexados (se houver):</w:t>
      </w:r>
    </w:p>
    <w:p w14:paraId="582631F3" w14:textId="77777777" w:rsidR="00AE7A3D" w:rsidRPr="0028783F" w:rsidRDefault="00AE7A3D" w:rsidP="0028783F">
      <w:pPr>
        <w:spacing w:line="276" w:lineRule="auto"/>
        <w:rPr>
          <w:sz w:val="22"/>
          <w:szCs w:val="22"/>
        </w:rPr>
      </w:pPr>
    </w:p>
    <w:p w14:paraId="4C572D5D" w14:textId="77777777" w:rsidR="00AE7A3D" w:rsidRPr="0028783F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 xml:space="preserve">Santarém (PA), _____ de ________________ </w:t>
      </w:r>
      <w:proofErr w:type="spellStart"/>
      <w:r w:rsidRPr="0028783F">
        <w:rPr>
          <w:sz w:val="22"/>
          <w:szCs w:val="22"/>
        </w:rPr>
        <w:t>de</w:t>
      </w:r>
      <w:proofErr w:type="spellEnd"/>
      <w:r w:rsidRPr="0028783F">
        <w:rPr>
          <w:sz w:val="22"/>
          <w:szCs w:val="22"/>
        </w:rPr>
        <w:t xml:space="preserve"> ______.</w:t>
      </w:r>
    </w:p>
    <w:p w14:paraId="47742CD0" w14:textId="77777777" w:rsidR="00AE7A3D" w:rsidRPr="0028783F" w:rsidRDefault="00AE7A3D" w:rsidP="0028783F">
      <w:pPr>
        <w:spacing w:line="276" w:lineRule="auto"/>
        <w:rPr>
          <w:sz w:val="22"/>
          <w:szCs w:val="22"/>
        </w:rPr>
      </w:pPr>
    </w:p>
    <w:p w14:paraId="4EE81435" w14:textId="77777777" w:rsidR="00AE7A3D" w:rsidRDefault="00A94CCF" w:rsidP="0028783F">
      <w:pPr>
        <w:spacing w:after="60" w:line="276" w:lineRule="auto"/>
        <w:rPr>
          <w:sz w:val="22"/>
          <w:szCs w:val="22"/>
        </w:rPr>
      </w:pPr>
      <w:r w:rsidRPr="0028783F">
        <w:rPr>
          <w:sz w:val="22"/>
          <w:szCs w:val="22"/>
        </w:rPr>
        <w:t>Assinatura do Candidato: ______________________________</w:t>
      </w:r>
    </w:p>
    <w:p w14:paraId="082E3C7E" w14:textId="77777777" w:rsidR="000F2EF6" w:rsidRDefault="000F2EF6" w:rsidP="0028783F">
      <w:pPr>
        <w:spacing w:after="60" w:line="276" w:lineRule="auto"/>
        <w:rPr>
          <w:sz w:val="22"/>
          <w:szCs w:val="22"/>
        </w:rPr>
      </w:pPr>
    </w:p>
    <w:p w14:paraId="06BC0C65" w14:textId="15FB41F5" w:rsidR="000F2EF6" w:rsidRPr="0028783F" w:rsidRDefault="000F2EF6" w:rsidP="000F2EF6">
      <w:pPr>
        <w:spacing w:after="60" w:line="276" w:lineRule="auto"/>
        <w:rPr>
          <w:i/>
          <w:iCs/>
          <w:color w:val="EE0000"/>
          <w:sz w:val="22"/>
          <w:szCs w:val="22"/>
        </w:rPr>
      </w:pPr>
      <w:r w:rsidRPr="0028783F">
        <w:rPr>
          <w:i/>
          <w:iCs/>
          <w:color w:val="EE0000"/>
          <w:sz w:val="22"/>
          <w:szCs w:val="22"/>
        </w:rPr>
        <w:t xml:space="preserve">Todas as assinaturas solicitadas são obrigatórias e a ausência </w:t>
      </w:r>
      <w:r w:rsidR="00C64E26" w:rsidRPr="0028783F">
        <w:rPr>
          <w:i/>
          <w:iCs/>
          <w:color w:val="EE0000"/>
          <w:sz w:val="22"/>
          <w:szCs w:val="22"/>
        </w:rPr>
        <w:t>acarretará</w:t>
      </w:r>
      <w:r w:rsidR="003D139B">
        <w:rPr>
          <w:i/>
          <w:iCs/>
          <w:color w:val="EE0000"/>
          <w:sz w:val="22"/>
          <w:szCs w:val="22"/>
        </w:rPr>
        <w:t xml:space="preserve"> não validação do documento</w:t>
      </w:r>
      <w:r w:rsidRPr="0028783F">
        <w:rPr>
          <w:i/>
          <w:iCs/>
          <w:color w:val="EE0000"/>
          <w:sz w:val="22"/>
          <w:szCs w:val="22"/>
        </w:rPr>
        <w:t>.</w:t>
      </w:r>
      <w:r>
        <w:rPr>
          <w:i/>
          <w:iCs/>
          <w:color w:val="EE0000"/>
          <w:sz w:val="22"/>
          <w:szCs w:val="22"/>
        </w:rPr>
        <w:t xml:space="preserve"> Aceita-se assinatura digital SOUGOV.</w:t>
      </w:r>
    </w:p>
    <w:p w14:paraId="7635BDB7" w14:textId="77777777" w:rsidR="000F2EF6" w:rsidRPr="0028783F" w:rsidRDefault="000F2EF6" w:rsidP="0028783F">
      <w:pPr>
        <w:spacing w:after="60" w:line="276" w:lineRule="auto"/>
        <w:rPr>
          <w:sz w:val="22"/>
          <w:szCs w:val="22"/>
        </w:rPr>
      </w:pPr>
    </w:p>
    <w:p w14:paraId="0C825500" w14:textId="3475CB2C" w:rsidR="00F965EB" w:rsidRDefault="00A94CCF" w:rsidP="00F965EB">
      <w:pPr>
        <w:spacing w:line="360" w:lineRule="auto"/>
        <w:jc w:val="center"/>
        <w:rPr>
          <w:b/>
          <w:sz w:val="20"/>
          <w:szCs w:val="20"/>
        </w:rPr>
      </w:pPr>
      <w:r w:rsidRPr="0028783F">
        <w:rPr>
          <w:sz w:val="22"/>
          <w:szCs w:val="22"/>
        </w:rPr>
        <w:br w:type="page"/>
      </w:r>
      <w:r w:rsidR="00F965EB">
        <w:rPr>
          <w:b/>
          <w:sz w:val="20"/>
          <w:szCs w:val="20"/>
        </w:rPr>
        <w:lastRenderedPageBreak/>
        <w:t xml:space="preserve">ANEXO </w:t>
      </w:r>
      <w:r w:rsidR="00111C55">
        <w:rPr>
          <w:b/>
          <w:sz w:val="20"/>
          <w:szCs w:val="20"/>
        </w:rPr>
        <w:t>VI</w:t>
      </w:r>
      <w:r w:rsidR="00F965EB">
        <w:rPr>
          <w:b/>
          <w:sz w:val="20"/>
          <w:szCs w:val="20"/>
        </w:rPr>
        <w:t>- AUTODECLARAÇÃO DE PRETOS E PARDOS</w:t>
      </w:r>
    </w:p>
    <w:p w14:paraId="013A0944" w14:textId="02E628CC" w:rsidR="009C16FF" w:rsidRPr="009C16FF" w:rsidRDefault="009C16FF" w:rsidP="009C16FF">
      <w:pPr>
        <w:spacing w:before="280" w:after="160" w:line="276" w:lineRule="auto"/>
        <w:jc w:val="center"/>
        <w:rPr>
          <w:b/>
          <w:color w:val="EE0000"/>
          <w:sz w:val="22"/>
          <w:szCs w:val="22"/>
        </w:rPr>
      </w:pPr>
      <w:r w:rsidRPr="009C16FF">
        <w:rPr>
          <w:b/>
          <w:color w:val="EE0000"/>
          <w:sz w:val="22"/>
          <w:szCs w:val="22"/>
        </w:rPr>
        <w:t>(Anexar ao Projeto no SIGAA</w:t>
      </w:r>
      <w:r>
        <w:rPr>
          <w:b/>
          <w:color w:val="EE0000"/>
          <w:sz w:val="22"/>
          <w:szCs w:val="22"/>
        </w:rPr>
        <w:t>, quando aplicável)</w:t>
      </w:r>
    </w:p>
    <w:p w14:paraId="7F038723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45643503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30529220" w14:textId="72F81B1A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Eu_____________________________________________________________________________, CPF número _______________________________, DECLARO, sob as penas da Lei e para fins de implementação de bolsa</w:t>
      </w:r>
      <w:r w:rsidR="008A4DFA">
        <w:rPr>
          <w:sz w:val="20"/>
          <w:szCs w:val="20"/>
        </w:rPr>
        <w:t>/auxílio</w:t>
      </w:r>
      <w:r>
        <w:rPr>
          <w:sz w:val="20"/>
          <w:szCs w:val="20"/>
        </w:rPr>
        <w:t xml:space="preserve"> no Edital de seleção de cotas de </w:t>
      </w:r>
      <w:r w:rsidR="003D139B">
        <w:rPr>
          <w:sz w:val="20"/>
          <w:szCs w:val="20"/>
        </w:rPr>
        <w:t>auxílio PEEX Mobilidade Nacional</w:t>
      </w:r>
      <w:r>
        <w:rPr>
          <w:sz w:val="20"/>
          <w:szCs w:val="20"/>
        </w:rPr>
        <w:t>, que sou ( )preto ( ) pardo DECLARO ainda, estar ciente de que a falsidade das declarações por mim firmadas no presente documento poderá ensejar sanções civis, criminais e administrativas, além do cancelamento da concessão da bolsa</w:t>
      </w:r>
      <w:r w:rsidR="008A4DFA">
        <w:rPr>
          <w:sz w:val="20"/>
          <w:szCs w:val="20"/>
        </w:rPr>
        <w:t>/auxílio</w:t>
      </w:r>
      <w:r>
        <w:rPr>
          <w:sz w:val="20"/>
          <w:szCs w:val="20"/>
        </w:rPr>
        <w:t xml:space="preserve"> e ressarcimento dos valores recebidos indevidamente. Por ser verdade, firmo e dato a presente declaração. </w:t>
      </w:r>
    </w:p>
    <w:p w14:paraId="6ABCADE3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</w:p>
    <w:p w14:paraId="6367DC9E" w14:textId="77777777" w:rsidR="00F965EB" w:rsidRDefault="00F965EB" w:rsidP="00F965EB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</w:t>
      </w:r>
    </w:p>
    <w:p w14:paraId="22877C9B" w14:textId="77777777" w:rsidR="00F965EB" w:rsidRDefault="00F965EB" w:rsidP="00F965EB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Local e data (Informar a Cidade, a UF e o dia, mês e ano da emissão)</w:t>
      </w:r>
    </w:p>
    <w:p w14:paraId="42C40CAB" w14:textId="77777777" w:rsidR="00F965EB" w:rsidRDefault="00F965EB" w:rsidP="00F965EB">
      <w:pPr>
        <w:spacing w:line="360" w:lineRule="auto"/>
        <w:jc w:val="center"/>
        <w:rPr>
          <w:sz w:val="20"/>
          <w:szCs w:val="20"/>
        </w:rPr>
      </w:pPr>
    </w:p>
    <w:p w14:paraId="7626C519" w14:textId="77777777" w:rsidR="00F965EB" w:rsidRDefault="00F965EB" w:rsidP="00F965EB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</w:t>
      </w:r>
    </w:p>
    <w:p w14:paraId="48644D23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  <w:r>
        <w:rPr>
          <w:sz w:val="20"/>
          <w:szCs w:val="20"/>
        </w:rPr>
        <w:t>Assinatura do candidato</w:t>
      </w:r>
    </w:p>
    <w:p w14:paraId="4AF017B3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77C9FBA6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1AC81667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534F8B0F" w14:textId="1FCECAC4" w:rsidR="003D139B" w:rsidRPr="0028783F" w:rsidRDefault="003D139B" w:rsidP="003D139B">
      <w:pPr>
        <w:spacing w:after="60" w:line="276" w:lineRule="auto"/>
        <w:rPr>
          <w:i/>
          <w:iCs/>
          <w:color w:val="EE0000"/>
          <w:sz w:val="22"/>
          <w:szCs w:val="22"/>
        </w:rPr>
      </w:pPr>
      <w:r w:rsidRPr="0028783F">
        <w:rPr>
          <w:i/>
          <w:iCs/>
          <w:color w:val="EE0000"/>
          <w:sz w:val="22"/>
          <w:szCs w:val="22"/>
        </w:rPr>
        <w:t xml:space="preserve">Todas as assinaturas solicitadas são obrigatórias e a ausência </w:t>
      </w:r>
      <w:r w:rsidR="00C64E26" w:rsidRPr="0028783F">
        <w:rPr>
          <w:i/>
          <w:iCs/>
          <w:color w:val="EE0000"/>
          <w:sz w:val="22"/>
          <w:szCs w:val="22"/>
        </w:rPr>
        <w:t>acarretará</w:t>
      </w:r>
      <w:r>
        <w:rPr>
          <w:i/>
          <w:iCs/>
          <w:color w:val="EE0000"/>
          <w:sz w:val="22"/>
          <w:szCs w:val="22"/>
        </w:rPr>
        <w:t xml:space="preserve"> não validação do documento</w:t>
      </w:r>
      <w:r w:rsidRPr="0028783F">
        <w:rPr>
          <w:i/>
          <w:iCs/>
          <w:color w:val="EE0000"/>
          <w:sz w:val="22"/>
          <w:szCs w:val="22"/>
        </w:rPr>
        <w:t>.</w:t>
      </w:r>
      <w:r>
        <w:rPr>
          <w:i/>
          <w:iCs/>
          <w:color w:val="EE0000"/>
          <w:sz w:val="22"/>
          <w:szCs w:val="22"/>
        </w:rPr>
        <w:t xml:space="preserve"> Aceita-se assinatura digital SOUGOV.</w:t>
      </w:r>
    </w:p>
    <w:p w14:paraId="09103414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4DAAA1C1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260C55B0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423FFBFB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2BB2AB1F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005B7D10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50D97626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41967782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44738713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1F11BD5E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08DECF4D" w14:textId="77777777" w:rsidR="00F965EB" w:rsidRDefault="00F965EB" w:rsidP="009C16FF">
      <w:pPr>
        <w:spacing w:line="360" w:lineRule="auto"/>
        <w:rPr>
          <w:b/>
          <w:sz w:val="20"/>
          <w:szCs w:val="20"/>
        </w:rPr>
      </w:pPr>
    </w:p>
    <w:p w14:paraId="66C3740B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7347B73D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214D98EC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38F04FA8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762CA32A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297C78DF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2735CB2B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132DD894" w14:textId="77777777" w:rsidR="009C16FF" w:rsidRDefault="00F965EB" w:rsidP="009C16FF">
      <w:pPr>
        <w:spacing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ANEXO V</w:t>
      </w:r>
      <w:r w:rsidR="00B97C5A">
        <w:rPr>
          <w:b/>
          <w:sz w:val="20"/>
          <w:szCs w:val="20"/>
        </w:rPr>
        <w:t>II</w:t>
      </w:r>
      <w:r>
        <w:rPr>
          <w:b/>
          <w:sz w:val="20"/>
          <w:szCs w:val="20"/>
        </w:rPr>
        <w:t xml:space="preserve"> -DECLARAÇÃO DE PERTENCIMENTO ÉTNICO E DE RESIDÊNCIA (PARA DISCENTE INDÍGENA)</w:t>
      </w:r>
    </w:p>
    <w:p w14:paraId="1B219CD6" w14:textId="234E7010" w:rsidR="009C16FF" w:rsidRPr="009C16FF" w:rsidRDefault="009C16FF" w:rsidP="009C16FF">
      <w:pPr>
        <w:spacing w:line="360" w:lineRule="auto"/>
        <w:jc w:val="center"/>
        <w:rPr>
          <w:b/>
          <w:sz w:val="20"/>
          <w:szCs w:val="20"/>
        </w:rPr>
      </w:pPr>
      <w:r w:rsidRPr="009C16FF">
        <w:rPr>
          <w:b/>
          <w:color w:val="EE0000"/>
          <w:sz w:val="22"/>
          <w:szCs w:val="22"/>
        </w:rPr>
        <w:t>(Anexar ao Projeto no SIGAA</w:t>
      </w:r>
      <w:r>
        <w:rPr>
          <w:b/>
          <w:color w:val="EE0000"/>
          <w:sz w:val="22"/>
          <w:szCs w:val="22"/>
        </w:rPr>
        <w:t>, quando aplicável)</w:t>
      </w:r>
    </w:p>
    <w:p w14:paraId="42E847D7" w14:textId="77777777" w:rsidR="00F965EB" w:rsidRDefault="00F965EB" w:rsidP="00F965EB">
      <w:pPr>
        <w:spacing w:line="360" w:lineRule="auto"/>
        <w:jc w:val="center"/>
        <w:rPr>
          <w:b/>
          <w:sz w:val="20"/>
          <w:szCs w:val="20"/>
        </w:rPr>
      </w:pPr>
    </w:p>
    <w:p w14:paraId="6418EC01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As lideranças comunitárias abaixo identificadas, do Povo Indígena___________________________________________ (nome do povo indígena), DECLARAM, para  devidos fins que o(a) discente ____________________________________________________________________(nome completo), cadastrado (a) no CPF sob o número ____________________________________(onze dígitos), é indígena pertencente ao Povo __________________________________________(nome do Povo indígena ao qual pertence) e reside na comunidade indígena ___________________________________________________________(nome da comunidade indígena onde reside), localizada no município ________________________________ , UF_____________</w:t>
      </w:r>
    </w:p>
    <w:p w14:paraId="704FD4E7" w14:textId="21DF3202" w:rsidR="00F965EB" w:rsidRDefault="00F965EB" w:rsidP="004D7EF2">
      <w:pPr>
        <w:spacing w:line="360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Declaram ainda, que são lideranças reconhecidas da comunidade indígena onde reside o discente indígena mencionado acima.</w:t>
      </w:r>
    </w:p>
    <w:p w14:paraId="41A79515" w14:textId="77777777" w:rsidR="00F965EB" w:rsidRDefault="00F965EB" w:rsidP="00F965EB">
      <w:pPr>
        <w:spacing w:line="360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Por ser expressão da verdade, firmamos e datamos a presente declaração.</w:t>
      </w:r>
    </w:p>
    <w:p w14:paraId="550F2783" w14:textId="77777777" w:rsidR="00F965EB" w:rsidRDefault="00F965EB" w:rsidP="00F965EB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</w:t>
      </w:r>
    </w:p>
    <w:p w14:paraId="416BA11C" w14:textId="77777777" w:rsidR="00F965EB" w:rsidRDefault="00F965EB" w:rsidP="00F965EB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Local e data (Informar a Cidade, a UF e o dia, mês e ano da emissão)</w:t>
      </w:r>
    </w:p>
    <w:p w14:paraId="591084D0" w14:textId="77777777" w:rsidR="00F965EB" w:rsidRDefault="00F965EB" w:rsidP="00F965EB">
      <w:pPr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14:paraId="69C41100" w14:textId="77777777" w:rsidR="00F965EB" w:rsidRDefault="00F965EB" w:rsidP="00F965EB">
      <w:pPr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LIDERANÇA 1</w:t>
      </w:r>
    </w:p>
    <w:p w14:paraId="21CD2D5B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Nome completo: __________________________________________________________</w:t>
      </w:r>
    </w:p>
    <w:p w14:paraId="74A5427B" w14:textId="61CDFD39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CPF: _______________________________________</w:t>
      </w:r>
      <w:r w:rsidR="00EB07B6">
        <w:rPr>
          <w:sz w:val="20"/>
          <w:szCs w:val="20"/>
        </w:rPr>
        <w:t xml:space="preserve"> </w:t>
      </w:r>
    </w:p>
    <w:p w14:paraId="02F45E06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Assinatura: ________________________________________</w:t>
      </w:r>
    </w:p>
    <w:p w14:paraId="73C7D109" w14:textId="77777777" w:rsidR="00F965EB" w:rsidRDefault="00F965EB" w:rsidP="00F965EB">
      <w:pPr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LIDERANÇA 2</w:t>
      </w:r>
    </w:p>
    <w:p w14:paraId="53AB43B3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Nome completo: __________________________________________________________</w:t>
      </w:r>
    </w:p>
    <w:p w14:paraId="7EE54116" w14:textId="782C6789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CPF: _____________________________________________</w:t>
      </w:r>
    </w:p>
    <w:p w14:paraId="3BFEF2C9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Assinatura: ________________________________________</w:t>
      </w:r>
    </w:p>
    <w:p w14:paraId="3EB4E45C" w14:textId="77777777" w:rsidR="00F965EB" w:rsidRDefault="00F965EB" w:rsidP="00F965EB">
      <w:pPr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LIDERANÇA 3</w:t>
      </w:r>
    </w:p>
    <w:p w14:paraId="3CA96102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Nome completo: __________________________________________________________</w:t>
      </w:r>
    </w:p>
    <w:p w14:paraId="48FB5D6C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CPF: _____________________________________________</w:t>
      </w:r>
    </w:p>
    <w:p w14:paraId="5C264254" w14:textId="55C783CB" w:rsidR="00A322AC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Assinatura: ________________________________________</w:t>
      </w:r>
    </w:p>
    <w:p w14:paraId="76F0C4E1" w14:textId="57B67EE6" w:rsidR="00F965EB" w:rsidRPr="00EB07B6" w:rsidRDefault="00F965EB" w:rsidP="00EB07B6">
      <w:pPr>
        <w:spacing w:after="60" w:line="276" w:lineRule="auto"/>
        <w:rPr>
          <w:i/>
          <w:iCs/>
          <w:color w:val="EE0000"/>
          <w:sz w:val="22"/>
          <w:szCs w:val="22"/>
        </w:rPr>
      </w:pPr>
      <w:r>
        <w:rPr>
          <w:sz w:val="20"/>
          <w:szCs w:val="20"/>
        </w:rPr>
        <w:t xml:space="preserve"> </w:t>
      </w:r>
      <w:r w:rsidR="00EB07B6" w:rsidRPr="0028783F">
        <w:rPr>
          <w:i/>
          <w:iCs/>
          <w:color w:val="EE0000"/>
          <w:sz w:val="22"/>
          <w:szCs w:val="22"/>
        </w:rPr>
        <w:t xml:space="preserve">Todas as assinaturas solicitadas são obrigatórias e a ausência </w:t>
      </w:r>
      <w:r w:rsidR="00C64E26" w:rsidRPr="0028783F">
        <w:rPr>
          <w:i/>
          <w:iCs/>
          <w:color w:val="EE0000"/>
          <w:sz w:val="22"/>
          <w:szCs w:val="22"/>
        </w:rPr>
        <w:t>acarretará</w:t>
      </w:r>
      <w:r w:rsidR="00EB07B6">
        <w:rPr>
          <w:i/>
          <w:iCs/>
          <w:color w:val="EE0000"/>
          <w:sz w:val="22"/>
          <w:szCs w:val="22"/>
        </w:rPr>
        <w:t xml:space="preserve"> não validação do documento</w:t>
      </w:r>
      <w:r w:rsidR="00EB07B6" w:rsidRPr="0028783F">
        <w:rPr>
          <w:i/>
          <w:iCs/>
          <w:color w:val="EE0000"/>
          <w:sz w:val="22"/>
          <w:szCs w:val="22"/>
        </w:rPr>
        <w:t>.</w:t>
      </w:r>
      <w:r w:rsidR="00EB07B6">
        <w:rPr>
          <w:i/>
          <w:iCs/>
          <w:color w:val="EE0000"/>
          <w:sz w:val="22"/>
          <w:szCs w:val="22"/>
        </w:rPr>
        <w:t xml:space="preserve"> Aceita-se assinatura digital SOUGOV.</w:t>
      </w:r>
    </w:p>
    <w:p w14:paraId="0DBDD2B1" w14:textId="77777777" w:rsidR="00F965EB" w:rsidRDefault="00F965EB" w:rsidP="00F965EB">
      <w:pPr>
        <w:spacing w:line="360" w:lineRule="auto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 </w:t>
      </w:r>
      <w:proofErr w:type="spellStart"/>
      <w:r>
        <w:rPr>
          <w:b/>
          <w:sz w:val="15"/>
          <w:szCs w:val="15"/>
        </w:rPr>
        <w:t>Obs</w:t>
      </w:r>
      <w:proofErr w:type="spellEnd"/>
      <w:r>
        <w:rPr>
          <w:b/>
          <w:sz w:val="15"/>
          <w:szCs w:val="15"/>
        </w:rPr>
        <w:t xml:space="preserve"> 1:</w:t>
      </w:r>
      <w:r>
        <w:rPr>
          <w:sz w:val="15"/>
          <w:szCs w:val="15"/>
        </w:rPr>
        <w:t xml:space="preserve"> Esta declaração conjunta, de etnia e residência do candidato, deverá ser utilizada quando a Funai não declarar expressamente a residência do candidato em comunidade indígena, se limitando a informar na declaração que o candidato compareceu ao órgão e se autodeclarou residente em comunidade indígena ou que reconhece como membros de determinada comunidade as lideranças que atestaram o pertencimento e</w:t>
      </w:r>
    </w:p>
    <w:p w14:paraId="464899F5" w14:textId="77777777" w:rsidR="00F965EB" w:rsidRDefault="00F965EB" w:rsidP="00F965EB">
      <w:pPr>
        <w:spacing w:line="360" w:lineRule="auto"/>
        <w:jc w:val="both"/>
        <w:rPr>
          <w:sz w:val="15"/>
          <w:szCs w:val="15"/>
        </w:rPr>
      </w:pPr>
      <w:r>
        <w:rPr>
          <w:sz w:val="15"/>
          <w:szCs w:val="15"/>
        </w:rPr>
        <w:t>residência do aluno requerente.</w:t>
      </w:r>
    </w:p>
    <w:p w14:paraId="6A4714AF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proofErr w:type="spellStart"/>
      <w:r>
        <w:rPr>
          <w:b/>
          <w:sz w:val="15"/>
          <w:szCs w:val="15"/>
        </w:rPr>
        <w:t>Obs</w:t>
      </w:r>
      <w:proofErr w:type="spellEnd"/>
      <w:r>
        <w:rPr>
          <w:b/>
          <w:sz w:val="15"/>
          <w:szCs w:val="15"/>
        </w:rPr>
        <w:t xml:space="preserve"> 2:</w:t>
      </w:r>
      <w:r>
        <w:rPr>
          <w:sz w:val="15"/>
          <w:szCs w:val="15"/>
        </w:rPr>
        <w:t xml:space="preserve"> Se os líderes ou alguns dos líderes signatários da declaração possuírem algum vínculo com alguma entidade representativa da comunidade, essa situação deverá ser identificada na declaração, mediante a indicação do nome e aposição do carimbo do CNPJ da entidade a qual representa).</w:t>
      </w:r>
      <w:r>
        <w:br w:type="page"/>
      </w:r>
    </w:p>
    <w:p w14:paraId="43F15EC2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</w:p>
    <w:p w14:paraId="1DCD0282" w14:textId="120687DC" w:rsidR="00F965EB" w:rsidRDefault="00F965EB" w:rsidP="00F965EB">
      <w:pPr>
        <w:spacing w:before="4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ANEXO VI</w:t>
      </w:r>
      <w:r w:rsidR="00A322AC">
        <w:rPr>
          <w:b/>
          <w:sz w:val="20"/>
          <w:szCs w:val="20"/>
        </w:rPr>
        <w:t>II</w:t>
      </w:r>
      <w:r>
        <w:rPr>
          <w:b/>
          <w:sz w:val="20"/>
          <w:szCs w:val="20"/>
        </w:rPr>
        <w:t>- DECLARAÇÃO DE PERTENCIMENTO ÉTNICO (PARA DISCENTE QUILOMBOLA)</w:t>
      </w:r>
    </w:p>
    <w:p w14:paraId="0D826135" w14:textId="3669CA63" w:rsidR="004D7EF2" w:rsidRPr="004D7EF2" w:rsidRDefault="004D7EF2" w:rsidP="004D7EF2">
      <w:pPr>
        <w:spacing w:before="280" w:after="160" w:line="276" w:lineRule="auto"/>
        <w:jc w:val="center"/>
        <w:rPr>
          <w:b/>
          <w:color w:val="EE0000"/>
          <w:sz w:val="22"/>
          <w:szCs w:val="22"/>
        </w:rPr>
      </w:pPr>
      <w:r w:rsidRPr="009C16FF">
        <w:rPr>
          <w:b/>
          <w:color w:val="EE0000"/>
          <w:sz w:val="22"/>
          <w:szCs w:val="22"/>
        </w:rPr>
        <w:t>(Anexar ao Projeto no SIGAA</w:t>
      </w:r>
      <w:r>
        <w:rPr>
          <w:b/>
          <w:color w:val="EE0000"/>
          <w:sz w:val="22"/>
          <w:szCs w:val="22"/>
        </w:rPr>
        <w:t>, quando aplicável)</w:t>
      </w:r>
    </w:p>
    <w:p w14:paraId="5CE5FA62" w14:textId="77777777" w:rsidR="00F965EB" w:rsidRDefault="00F965EB" w:rsidP="00F965EB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14:paraId="7DC3748A" w14:textId="77777777" w:rsidR="00F965EB" w:rsidRDefault="00F965EB" w:rsidP="00F965EB">
      <w:pPr>
        <w:spacing w:line="360" w:lineRule="auto"/>
        <w:ind w:left="120" w:right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As lideranças comunitárias abaixo identificadas, do Quilombo </w:t>
      </w:r>
      <w:r>
        <w:rPr>
          <w:sz w:val="20"/>
          <w:szCs w:val="20"/>
          <w:u w:val="single"/>
        </w:rPr>
        <w:t xml:space="preserve">                                                                 _________________________</w:t>
      </w:r>
      <w:r>
        <w:rPr>
          <w:sz w:val="20"/>
          <w:szCs w:val="20"/>
        </w:rPr>
        <w:t xml:space="preserve"> (nome do Quilombo), DECLARAM, para os devidos  fins que o(a) discente </w:t>
      </w:r>
      <w:r>
        <w:rPr>
          <w:sz w:val="20"/>
          <w:szCs w:val="20"/>
          <w:u w:val="single"/>
        </w:rPr>
        <w:t xml:space="preserve">                                                    </w:t>
      </w:r>
      <w:r>
        <w:rPr>
          <w:sz w:val="20"/>
          <w:szCs w:val="20"/>
          <w:u w:val="single"/>
        </w:rPr>
        <w:tab/>
        <w:t xml:space="preserve">                                                                          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(nome completo), cadastrado (a) no CPF sob o número</w:t>
      </w:r>
      <w:r>
        <w:rPr>
          <w:sz w:val="20"/>
          <w:szCs w:val="20"/>
          <w:u w:val="single"/>
        </w:rPr>
        <w:t xml:space="preserve">                                                                             _______________________</w:t>
      </w:r>
      <w:r>
        <w:rPr>
          <w:sz w:val="20"/>
          <w:szCs w:val="20"/>
        </w:rPr>
        <w:t>(onze dígitos), é quilombola pertencente ao Quilombo</w:t>
      </w:r>
      <w:r>
        <w:rPr>
          <w:sz w:val="20"/>
          <w:szCs w:val="20"/>
          <w:u w:val="single"/>
        </w:rPr>
        <w:t xml:space="preserve">                                                                     _______________________</w:t>
      </w:r>
      <w:r>
        <w:rPr>
          <w:sz w:val="20"/>
          <w:szCs w:val="20"/>
        </w:rPr>
        <w:t>(nome do quilombo ao qual  pertence), cuja respectiva  comunidade está localizada no município</w:t>
      </w:r>
      <w:r>
        <w:rPr>
          <w:sz w:val="20"/>
          <w:szCs w:val="20"/>
          <w:u w:val="single"/>
        </w:rPr>
        <w:t xml:space="preserve">                                                        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, UF</w:t>
      </w:r>
      <w:r>
        <w:rPr>
          <w:sz w:val="20"/>
          <w:szCs w:val="20"/>
          <w:u w:val="single"/>
        </w:rPr>
        <w:t xml:space="preserve">                  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.</w:t>
      </w:r>
    </w:p>
    <w:p w14:paraId="4E5AC466" w14:textId="77777777" w:rsidR="00F965EB" w:rsidRDefault="00F965EB" w:rsidP="00F965E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B2D570C" w14:textId="77777777" w:rsidR="00F965EB" w:rsidRDefault="00F965EB" w:rsidP="00F965EB">
      <w:pPr>
        <w:spacing w:line="360" w:lineRule="auto"/>
        <w:ind w:left="120" w:right="120"/>
        <w:jc w:val="both"/>
        <w:rPr>
          <w:sz w:val="20"/>
          <w:szCs w:val="20"/>
        </w:rPr>
      </w:pPr>
      <w:r>
        <w:rPr>
          <w:sz w:val="20"/>
          <w:szCs w:val="20"/>
        </w:rPr>
        <w:t>Declaram ainda, que são lideranças reconhecidas da comunidade quilombola onde reside o discente quilombola mencionado acima.</w:t>
      </w:r>
    </w:p>
    <w:p w14:paraId="6571209A" w14:textId="77777777" w:rsidR="00F965EB" w:rsidRDefault="00F965EB" w:rsidP="00F965E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B4A767A" w14:textId="3C27993E" w:rsidR="00F965EB" w:rsidRDefault="00F965EB" w:rsidP="004D7EF2">
      <w:pPr>
        <w:spacing w:line="360" w:lineRule="auto"/>
        <w:ind w:left="120"/>
        <w:jc w:val="both"/>
        <w:rPr>
          <w:sz w:val="20"/>
          <w:szCs w:val="20"/>
        </w:rPr>
      </w:pPr>
      <w:r>
        <w:rPr>
          <w:sz w:val="20"/>
          <w:szCs w:val="20"/>
        </w:rPr>
        <w:t>Por ser expressão da verdade, firmamos e datamos a presente declaração.</w:t>
      </w:r>
    </w:p>
    <w:p w14:paraId="479818D2" w14:textId="24CA0B6A" w:rsidR="00F965EB" w:rsidRDefault="00F965EB" w:rsidP="004D7EF2">
      <w:pPr>
        <w:spacing w:before="240"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Local e data (Informar a Cidade, a UF e o dia, mês e ano da emissão)</w:t>
      </w:r>
    </w:p>
    <w:p w14:paraId="30FD14EB" w14:textId="77777777" w:rsidR="00F965EB" w:rsidRDefault="00F965EB" w:rsidP="00F965EB">
      <w:pPr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14:paraId="78185309" w14:textId="77777777" w:rsidR="00F965EB" w:rsidRDefault="00F965EB" w:rsidP="00F965EB">
      <w:pPr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LIDERANÇA 1</w:t>
      </w:r>
    </w:p>
    <w:p w14:paraId="58366E0A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Nome completo: __________________________________________________________</w:t>
      </w:r>
    </w:p>
    <w:p w14:paraId="3B285385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CPF: _____________________________________________</w:t>
      </w:r>
    </w:p>
    <w:p w14:paraId="76489DF8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Assinatura: ________________________________________</w:t>
      </w:r>
    </w:p>
    <w:p w14:paraId="5AE13BE9" w14:textId="77777777" w:rsidR="00F965EB" w:rsidRDefault="00F965EB" w:rsidP="00F965EB">
      <w:pPr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LIDERANÇA 2</w:t>
      </w:r>
    </w:p>
    <w:p w14:paraId="0DC44D90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Nome completo: __________________________________________________________</w:t>
      </w:r>
    </w:p>
    <w:p w14:paraId="3EE040B7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CPF: _____________________________________________</w:t>
      </w:r>
    </w:p>
    <w:p w14:paraId="1E2C2396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Assinatura: ________________________________________</w:t>
      </w:r>
    </w:p>
    <w:p w14:paraId="1E5DFF58" w14:textId="77777777" w:rsidR="00F965EB" w:rsidRDefault="00F965EB" w:rsidP="00F965EB">
      <w:pPr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LIDERANÇA 3</w:t>
      </w:r>
    </w:p>
    <w:p w14:paraId="1719A23F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Nome completo: __________________________________________________________</w:t>
      </w:r>
    </w:p>
    <w:p w14:paraId="4D72051B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CPF: _____________________________________________</w:t>
      </w:r>
    </w:p>
    <w:p w14:paraId="76E55DEF" w14:textId="15BA1FFD" w:rsidR="008443AC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Assinatura: ________________________________________ </w:t>
      </w:r>
    </w:p>
    <w:p w14:paraId="1C27952F" w14:textId="27D8F522" w:rsidR="008443AC" w:rsidRPr="0028783F" w:rsidRDefault="008443AC" w:rsidP="008443AC">
      <w:pPr>
        <w:spacing w:after="60" w:line="276" w:lineRule="auto"/>
        <w:rPr>
          <w:i/>
          <w:iCs/>
          <w:color w:val="EE0000"/>
          <w:sz w:val="22"/>
          <w:szCs w:val="22"/>
        </w:rPr>
      </w:pPr>
      <w:r w:rsidRPr="0028783F">
        <w:rPr>
          <w:i/>
          <w:iCs/>
          <w:color w:val="EE0000"/>
          <w:sz w:val="22"/>
          <w:szCs w:val="22"/>
        </w:rPr>
        <w:t xml:space="preserve">Todas as assinaturas solicitadas são obrigatórias e a ausência </w:t>
      </w:r>
      <w:r w:rsidR="00C64E26" w:rsidRPr="0028783F">
        <w:rPr>
          <w:i/>
          <w:iCs/>
          <w:color w:val="EE0000"/>
          <w:sz w:val="22"/>
          <w:szCs w:val="22"/>
        </w:rPr>
        <w:t>acarretará</w:t>
      </w:r>
      <w:r>
        <w:rPr>
          <w:i/>
          <w:iCs/>
          <w:color w:val="EE0000"/>
          <w:sz w:val="22"/>
          <w:szCs w:val="22"/>
        </w:rPr>
        <w:t xml:space="preserve"> não validação do documento</w:t>
      </w:r>
      <w:r w:rsidRPr="0028783F">
        <w:rPr>
          <w:i/>
          <w:iCs/>
          <w:color w:val="EE0000"/>
          <w:sz w:val="22"/>
          <w:szCs w:val="22"/>
        </w:rPr>
        <w:t>.</w:t>
      </w:r>
      <w:r>
        <w:rPr>
          <w:i/>
          <w:iCs/>
          <w:color w:val="EE0000"/>
          <w:sz w:val="22"/>
          <w:szCs w:val="22"/>
        </w:rPr>
        <w:t xml:space="preserve"> Aceita-se assinatura digital SOUGOV.</w:t>
      </w:r>
    </w:p>
    <w:p w14:paraId="4E974464" w14:textId="77777777" w:rsidR="008443AC" w:rsidRDefault="008443AC" w:rsidP="00F965EB">
      <w:pPr>
        <w:spacing w:line="360" w:lineRule="auto"/>
        <w:jc w:val="both"/>
        <w:rPr>
          <w:sz w:val="20"/>
          <w:szCs w:val="20"/>
        </w:rPr>
      </w:pPr>
    </w:p>
    <w:p w14:paraId="139B0DAB" w14:textId="77777777" w:rsidR="00F965EB" w:rsidRDefault="00F965EB" w:rsidP="00F965EB">
      <w:pPr>
        <w:spacing w:before="60" w:line="360" w:lineRule="auto"/>
        <w:rPr>
          <w:sz w:val="15"/>
          <w:szCs w:val="15"/>
        </w:rPr>
      </w:pPr>
      <w:proofErr w:type="spellStart"/>
      <w:r>
        <w:rPr>
          <w:sz w:val="15"/>
          <w:szCs w:val="15"/>
        </w:rPr>
        <w:t>Obs</w:t>
      </w:r>
      <w:proofErr w:type="spellEnd"/>
      <w:r>
        <w:rPr>
          <w:sz w:val="15"/>
          <w:szCs w:val="15"/>
        </w:rPr>
        <w:t xml:space="preserve"> 1: Esta declaração deverá ser utilizada para fins de comprovação da condição de discente quilombola.</w:t>
      </w:r>
    </w:p>
    <w:p w14:paraId="3E681AD5" w14:textId="77777777" w:rsidR="00F965EB" w:rsidRDefault="00F965EB" w:rsidP="00F965EB">
      <w:pPr>
        <w:spacing w:before="240" w:line="360" w:lineRule="auto"/>
        <w:rPr>
          <w:sz w:val="15"/>
          <w:szCs w:val="15"/>
        </w:rPr>
      </w:pPr>
      <w:r>
        <w:rPr>
          <w:sz w:val="15"/>
          <w:szCs w:val="15"/>
        </w:rPr>
        <w:t xml:space="preserve"> </w:t>
      </w:r>
      <w:proofErr w:type="spellStart"/>
      <w:r>
        <w:rPr>
          <w:sz w:val="15"/>
          <w:szCs w:val="15"/>
        </w:rPr>
        <w:t>Obs</w:t>
      </w:r>
      <w:proofErr w:type="spellEnd"/>
      <w:r>
        <w:rPr>
          <w:sz w:val="15"/>
          <w:szCs w:val="15"/>
        </w:rPr>
        <w:t xml:space="preserve"> 2: Se os líderes ou alguns dos líderes signatários da declaração possuírem algum vínculo com alguma entidade representativa da comunidade, essa situação deverá ser identificada na declaração, mediante a indicação do nome e aposição do carimbo do CNPJ da entidade a qual representa).</w:t>
      </w:r>
    </w:p>
    <w:p w14:paraId="3ADA42AF" w14:textId="77777777" w:rsidR="00F965EB" w:rsidRDefault="00F965EB" w:rsidP="00F965EB">
      <w:pPr>
        <w:spacing w:line="360" w:lineRule="auto"/>
        <w:rPr>
          <w:sz w:val="20"/>
          <w:szCs w:val="20"/>
        </w:rPr>
      </w:pPr>
    </w:p>
    <w:p w14:paraId="623CFD3A" w14:textId="3A89A280" w:rsidR="00F965EB" w:rsidRDefault="00F965EB" w:rsidP="00F965EB">
      <w:pPr>
        <w:spacing w:before="240"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ANEXO </w:t>
      </w:r>
      <w:r w:rsidR="006F7B47">
        <w:rPr>
          <w:b/>
          <w:sz w:val="20"/>
          <w:szCs w:val="20"/>
        </w:rPr>
        <w:t xml:space="preserve">IX - </w:t>
      </w:r>
      <w:r>
        <w:rPr>
          <w:b/>
          <w:sz w:val="20"/>
          <w:szCs w:val="20"/>
        </w:rPr>
        <w:t xml:space="preserve">  DECLARAÇÃO DE PERTENCIMENTO ÉTNICO E DE RESIDÊNCIA (</w:t>
      </w:r>
      <w:proofErr w:type="gramStart"/>
      <w:r>
        <w:rPr>
          <w:b/>
          <w:sz w:val="20"/>
          <w:szCs w:val="20"/>
        </w:rPr>
        <w:t>PARA  DISCENTE</w:t>
      </w:r>
      <w:proofErr w:type="gramEnd"/>
      <w:r>
        <w:rPr>
          <w:b/>
          <w:sz w:val="20"/>
          <w:szCs w:val="20"/>
        </w:rPr>
        <w:t xml:space="preserve"> QUILOMBOLA)</w:t>
      </w:r>
    </w:p>
    <w:p w14:paraId="58CB891D" w14:textId="3A211914" w:rsidR="00F965EB" w:rsidRPr="004D7EF2" w:rsidRDefault="00F965EB" w:rsidP="004D7EF2">
      <w:pPr>
        <w:spacing w:before="280" w:after="160" w:line="276" w:lineRule="auto"/>
        <w:jc w:val="center"/>
        <w:rPr>
          <w:b/>
          <w:color w:val="EE0000"/>
          <w:sz w:val="22"/>
          <w:szCs w:val="22"/>
        </w:rPr>
      </w:pPr>
      <w:r>
        <w:rPr>
          <w:b/>
          <w:sz w:val="20"/>
          <w:szCs w:val="20"/>
        </w:rPr>
        <w:t xml:space="preserve"> </w:t>
      </w:r>
      <w:r w:rsidR="004D7EF2" w:rsidRPr="009C16FF">
        <w:rPr>
          <w:b/>
          <w:color w:val="EE0000"/>
          <w:sz w:val="22"/>
          <w:szCs w:val="22"/>
        </w:rPr>
        <w:t>(Anexar ao Projeto no SIGAA</w:t>
      </w:r>
      <w:r w:rsidR="004D7EF2">
        <w:rPr>
          <w:b/>
          <w:color w:val="EE0000"/>
          <w:sz w:val="22"/>
          <w:szCs w:val="22"/>
        </w:rPr>
        <w:t>, quando aplicável)</w:t>
      </w:r>
    </w:p>
    <w:p w14:paraId="31D3A2E0" w14:textId="3BF4B7BB" w:rsidR="00F965EB" w:rsidRPr="004D7EF2" w:rsidRDefault="00F965EB" w:rsidP="004D7EF2">
      <w:pPr>
        <w:spacing w:line="360" w:lineRule="auto"/>
        <w:ind w:left="100" w:right="140"/>
        <w:jc w:val="both"/>
        <w:rPr>
          <w:color w:val="1A1A1A"/>
          <w:sz w:val="20"/>
          <w:szCs w:val="20"/>
        </w:rPr>
      </w:pPr>
      <w:r>
        <w:rPr>
          <w:sz w:val="20"/>
          <w:szCs w:val="20"/>
        </w:rPr>
        <w:t>________________________________ (nome do Quilombo), DECLARAM, para os devidos fins que o(a) discente</w:t>
      </w:r>
      <w:r>
        <w:rPr>
          <w:sz w:val="20"/>
          <w:szCs w:val="20"/>
          <w:u w:val="single"/>
        </w:rPr>
        <w:t xml:space="preserve">                                                       </w:t>
      </w:r>
      <w:r>
        <w:rPr>
          <w:sz w:val="20"/>
          <w:szCs w:val="20"/>
          <w:u w:val="single"/>
        </w:rPr>
        <w:tab/>
        <w:t xml:space="preserve">           </w:t>
      </w:r>
      <w:r>
        <w:rPr>
          <w:sz w:val="20"/>
          <w:szCs w:val="20"/>
          <w:u w:val="single"/>
        </w:rPr>
        <w:tab/>
        <w:t xml:space="preserve">      </w:t>
      </w:r>
      <w:r>
        <w:rPr>
          <w:sz w:val="20"/>
          <w:szCs w:val="20"/>
        </w:rPr>
        <w:t>(nome completo), cadastrado (a) no CPF sob o número</w:t>
      </w:r>
      <w:r>
        <w:rPr>
          <w:sz w:val="20"/>
          <w:szCs w:val="20"/>
          <w:u w:val="single"/>
        </w:rPr>
        <w:t xml:space="preserve">                                                              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(onze dígitos), é quilombola pertencente ao Quilombo</w:t>
      </w:r>
      <w:r>
        <w:rPr>
          <w:sz w:val="20"/>
          <w:szCs w:val="20"/>
          <w:u w:val="single"/>
        </w:rPr>
        <w:t xml:space="preserve">                                                                               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(nome do quilombo ao qual pertence) e reside na comunidade quilombola</w:t>
      </w:r>
      <w:r>
        <w:rPr>
          <w:sz w:val="20"/>
          <w:szCs w:val="20"/>
          <w:u w:val="single"/>
        </w:rPr>
        <w:t xml:space="preserve">                                                                                          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(nome da comunidade quilombola onde </w:t>
      </w:r>
      <w:r>
        <w:rPr>
          <w:color w:val="1A1A1A"/>
          <w:sz w:val="20"/>
          <w:szCs w:val="20"/>
        </w:rPr>
        <w:t>reside), localizada no município</w:t>
      </w:r>
      <w:r>
        <w:rPr>
          <w:color w:val="1A1A1A"/>
          <w:sz w:val="20"/>
          <w:szCs w:val="20"/>
          <w:u w:val="single"/>
        </w:rPr>
        <w:t xml:space="preserve">                                                             </w:t>
      </w:r>
      <w:r>
        <w:rPr>
          <w:color w:val="1A1A1A"/>
          <w:sz w:val="20"/>
          <w:szCs w:val="20"/>
          <w:u w:val="single"/>
        </w:rPr>
        <w:tab/>
      </w:r>
      <w:r>
        <w:rPr>
          <w:color w:val="1A1A1A"/>
          <w:sz w:val="20"/>
          <w:szCs w:val="20"/>
        </w:rPr>
        <w:t>, UF</w:t>
      </w:r>
      <w:r>
        <w:rPr>
          <w:color w:val="1A1A1A"/>
          <w:sz w:val="20"/>
          <w:szCs w:val="20"/>
          <w:u w:val="single"/>
        </w:rPr>
        <w:t xml:space="preserve">                  </w:t>
      </w:r>
      <w:r>
        <w:rPr>
          <w:color w:val="1A1A1A"/>
          <w:sz w:val="20"/>
          <w:szCs w:val="20"/>
          <w:u w:val="single"/>
        </w:rPr>
        <w:tab/>
      </w:r>
      <w:r>
        <w:rPr>
          <w:color w:val="1A1A1A"/>
          <w:sz w:val="20"/>
          <w:szCs w:val="20"/>
        </w:rPr>
        <w:t>.</w:t>
      </w:r>
    </w:p>
    <w:p w14:paraId="177EC459" w14:textId="5295A965" w:rsidR="00F965EB" w:rsidRDefault="00F965EB" w:rsidP="004D7EF2">
      <w:pPr>
        <w:spacing w:line="360" w:lineRule="auto"/>
        <w:ind w:left="100" w:right="160"/>
        <w:jc w:val="both"/>
        <w:rPr>
          <w:sz w:val="20"/>
          <w:szCs w:val="20"/>
        </w:rPr>
      </w:pPr>
      <w:r>
        <w:rPr>
          <w:sz w:val="20"/>
          <w:szCs w:val="20"/>
        </w:rPr>
        <w:t>Declaram ainda, que são lideranças reconhecidas da comunidade quilombola onde reside o discente quilombola mencionado acima.</w:t>
      </w:r>
    </w:p>
    <w:p w14:paraId="19DC15B7" w14:textId="31E16E93" w:rsidR="00F965EB" w:rsidRDefault="00F965EB" w:rsidP="004D7EF2">
      <w:pPr>
        <w:spacing w:line="360" w:lineRule="auto"/>
        <w:ind w:left="100"/>
        <w:jc w:val="both"/>
        <w:rPr>
          <w:sz w:val="20"/>
          <w:szCs w:val="20"/>
        </w:rPr>
      </w:pPr>
      <w:r>
        <w:rPr>
          <w:sz w:val="20"/>
          <w:szCs w:val="20"/>
        </w:rPr>
        <w:t>Por ser expressão da verdade, firmamos e datamos a presente declaração.</w:t>
      </w:r>
    </w:p>
    <w:p w14:paraId="4E577774" w14:textId="77777777" w:rsidR="004D7EF2" w:rsidRDefault="004D7EF2" w:rsidP="004D7EF2">
      <w:pPr>
        <w:spacing w:line="360" w:lineRule="auto"/>
        <w:ind w:left="100"/>
        <w:jc w:val="both"/>
        <w:rPr>
          <w:sz w:val="20"/>
          <w:szCs w:val="20"/>
        </w:rPr>
      </w:pPr>
    </w:p>
    <w:p w14:paraId="2B39BFC2" w14:textId="77777777" w:rsidR="00F965EB" w:rsidRDefault="00F965EB" w:rsidP="00F965EB">
      <w:pPr>
        <w:spacing w:line="284" w:lineRule="auto"/>
        <w:ind w:left="1940" w:right="2000"/>
        <w:jc w:val="center"/>
        <w:rPr>
          <w:sz w:val="20"/>
          <w:szCs w:val="20"/>
        </w:rPr>
      </w:pPr>
      <w:r>
        <w:rPr>
          <w:sz w:val="20"/>
          <w:szCs w:val="20"/>
        </w:rPr>
        <w:t>Local e data (Informar a Cidade, a UF e o dia, mês e ano da emissão)</w:t>
      </w:r>
    </w:p>
    <w:p w14:paraId="617E4ABE" w14:textId="77777777" w:rsidR="00F965EB" w:rsidRDefault="00F965EB" w:rsidP="00F965EB">
      <w:pPr>
        <w:spacing w:line="284" w:lineRule="auto"/>
        <w:ind w:left="1940" w:right="20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5064FFD" w14:textId="77777777" w:rsidR="00F965EB" w:rsidRDefault="00F965EB" w:rsidP="00F965EB">
      <w:pPr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14:paraId="1E376525" w14:textId="77777777" w:rsidR="00F965EB" w:rsidRDefault="00F965EB" w:rsidP="00F965EB">
      <w:pPr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LIDERANÇA 1</w:t>
      </w:r>
    </w:p>
    <w:p w14:paraId="4E2FF3D0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Nome completo: __________________________________________________________</w:t>
      </w:r>
    </w:p>
    <w:p w14:paraId="20A95552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CPF: _____________________________________________</w:t>
      </w:r>
    </w:p>
    <w:p w14:paraId="3EBDCDBC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Assinatura: ________________________________________</w:t>
      </w:r>
    </w:p>
    <w:p w14:paraId="128A79BF" w14:textId="77777777" w:rsidR="00F965EB" w:rsidRDefault="00F965EB" w:rsidP="00F965EB">
      <w:pPr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LIDERANÇA 2</w:t>
      </w:r>
    </w:p>
    <w:p w14:paraId="656D3CB2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Nome completo: __________________________________________________________</w:t>
      </w:r>
    </w:p>
    <w:p w14:paraId="2ABE6E3A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CPF: _____________________________________________</w:t>
      </w:r>
    </w:p>
    <w:p w14:paraId="5D309CB4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Assinatura: ________________________________________</w:t>
      </w:r>
    </w:p>
    <w:p w14:paraId="2CF88B25" w14:textId="77777777" w:rsidR="00F965EB" w:rsidRDefault="00F965EB" w:rsidP="00F965EB">
      <w:pPr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LIDERANÇA 3</w:t>
      </w:r>
    </w:p>
    <w:p w14:paraId="55FED78B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Nome completo: __________________________________________________________</w:t>
      </w:r>
    </w:p>
    <w:p w14:paraId="2C9FC5D1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CPF: _____________________________________________</w:t>
      </w:r>
    </w:p>
    <w:p w14:paraId="7D2AAE88" w14:textId="77777777" w:rsidR="00F965EB" w:rsidRDefault="00F965EB" w:rsidP="00F965E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Assinatura: ________________________________________</w:t>
      </w:r>
    </w:p>
    <w:p w14:paraId="3922ED04" w14:textId="77777777" w:rsidR="006F7B47" w:rsidRDefault="006F7B47" w:rsidP="006F7B47">
      <w:pPr>
        <w:spacing w:after="60" w:line="276" w:lineRule="auto"/>
        <w:rPr>
          <w:i/>
          <w:iCs/>
          <w:color w:val="EE0000"/>
          <w:sz w:val="22"/>
          <w:szCs w:val="22"/>
        </w:rPr>
      </w:pPr>
    </w:p>
    <w:p w14:paraId="3B6A5016" w14:textId="499164FA" w:rsidR="006F7B47" w:rsidRPr="0028783F" w:rsidRDefault="006F7B47" w:rsidP="006F7B47">
      <w:pPr>
        <w:spacing w:after="60" w:line="276" w:lineRule="auto"/>
        <w:rPr>
          <w:i/>
          <w:iCs/>
          <w:color w:val="EE0000"/>
          <w:sz w:val="22"/>
          <w:szCs w:val="22"/>
        </w:rPr>
      </w:pPr>
      <w:r w:rsidRPr="0028783F">
        <w:rPr>
          <w:i/>
          <w:iCs/>
          <w:color w:val="EE0000"/>
          <w:sz w:val="22"/>
          <w:szCs w:val="22"/>
        </w:rPr>
        <w:t xml:space="preserve">Todas as assinaturas solicitadas são obrigatórias e a ausência </w:t>
      </w:r>
      <w:r w:rsidR="00C64E26" w:rsidRPr="0028783F">
        <w:rPr>
          <w:i/>
          <w:iCs/>
          <w:color w:val="EE0000"/>
          <w:sz w:val="22"/>
          <w:szCs w:val="22"/>
        </w:rPr>
        <w:t>acarretará</w:t>
      </w:r>
      <w:r>
        <w:rPr>
          <w:i/>
          <w:iCs/>
          <w:color w:val="EE0000"/>
          <w:sz w:val="22"/>
          <w:szCs w:val="22"/>
        </w:rPr>
        <w:t xml:space="preserve"> não validação do documento</w:t>
      </w:r>
      <w:r w:rsidRPr="0028783F">
        <w:rPr>
          <w:i/>
          <w:iCs/>
          <w:color w:val="EE0000"/>
          <w:sz w:val="22"/>
          <w:szCs w:val="22"/>
        </w:rPr>
        <w:t>.</w:t>
      </w:r>
      <w:r>
        <w:rPr>
          <w:i/>
          <w:iCs/>
          <w:color w:val="EE0000"/>
          <w:sz w:val="22"/>
          <w:szCs w:val="22"/>
        </w:rPr>
        <w:t xml:space="preserve"> Aceita-se assinatura digital SOUGOV.</w:t>
      </w:r>
    </w:p>
    <w:p w14:paraId="70745EEB" w14:textId="77777777" w:rsidR="006F7B47" w:rsidRDefault="006F7B47" w:rsidP="00F965EB">
      <w:pPr>
        <w:spacing w:line="360" w:lineRule="auto"/>
        <w:jc w:val="both"/>
        <w:rPr>
          <w:sz w:val="20"/>
          <w:szCs w:val="20"/>
        </w:rPr>
      </w:pPr>
    </w:p>
    <w:p w14:paraId="6976A0BF" w14:textId="77777777" w:rsidR="00F965EB" w:rsidRDefault="00F965EB" w:rsidP="006F7B47">
      <w:pPr>
        <w:spacing w:before="60"/>
        <w:ind w:right="160"/>
        <w:jc w:val="both"/>
        <w:rPr>
          <w:sz w:val="15"/>
          <w:szCs w:val="15"/>
          <w:u w:val="single"/>
        </w:rPr>
      </w:pPr>
      <w:proofErr w:type="spellStart"/>
      <w:r>
        <w:rPr>
          <w:sz w:val="15"/>
          <w:szCs w:val="15"/>
          <w:u w:val="single"/>
        </w:rPr>
        <w:t>Obs</w:t>
      </w:r>
      <w:proofErr w:type="spellEnd"/>
      <w:r>
        <w:rPr>
          <w:sz w:val="15"/>
          <w:szCs w:val="15"/>
          <w:u w:val="single"/>
        </w:rPr>
        <w:t xml:space="preserve"> 1: Esta declaração conjunta, de comprovação de condição e residência do candidato, deverá ser utilizada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>quando a F. Palmares não declarar expressamente a residência do candidato em comunidade quilombola, se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>limitando a informar na declaração que o candidato compareceu ao órgão e se autodeclarou residente em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>comunidade quilombola ou que reconhece como membros de determinada comunidade as lideranças que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>atestaram o pertencimento e residência do aluno requerente.</w:t>
      </w:r>
    </w:p>
    <w:p w14:paraId="0701BDA5" w14:textId="77777777" w:rsidR="00F965EB" w:rsidRDefault="00F965EB" w:rsidP="00F965EB">
      <w:pPr>
        <w:spacing w:before="20" w:line="360" w:lineRule="auto"/>
        <w:rPr>
          <w:sz w:val="15"/>
          <w:szCs w:val="15"/>
        </w:rPr>
      </w:pPr>
      <w:r>
        <w:rPr>
          <w:sz w:val="15"/>
          <w:szCs w:val="15"/>
        </w:rPr>
        <w:t xml:space="preserve"> </w:t>
      </w:r>
      <w:proofErr w:type="spellStart"/>
      <w:r>
        <w:rPr>
          <w:sz w:val="15"/>
          <w:szCs w:val="15"/>
          <w:u w:val="single"/>
        </w:rPr>
        <w:t>Obs</w:t>
      </w:r>
      <w:proofErr w:type="spellEnd"/>
      <w:r>
        <w:rPr>
          <w:sz w:val="15"/>
          <w:szCs w:val="15"/>
          <w:u w:val="single"/>
        </w:rPr>
        <w:t xml:space="preserve"> 2: Se os líderes ou alguns dos líderes signatários da declaração </w:t>
      </w:r>
      <w:proofErr w:type="spellStart"/>
      <w:r>
        <w:rPr>
          <w:sz w:val="15"/>
          <w:szCs w:val="15"/>
          <w:u w:val="single"/>
        </w:rPr>
        <w:t>possuirem</w:t>
      </w:r>
      <w:proofErr w:type="spellEnd"/>
      <w:r>
        <w:rPr>
          <w:sz w:val="15"/>
          <w:szCs w:val="15"/>
          <w:u w:val="single"/>
        </w:rPr>
        <w:t xml:space="preserve"> algum vínculo com alguma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>entidade representativa da comunidade, essa situação deverá ser identificada na declaração, mediante a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>indicação do nome e aposição do carimbo do CNPJ da entidade a qual representa)</w:t>
      </w:r>
      <w:r>
        <w:rPr>
          <w:sz w:val="15"/>
          <w:szCs w:val="15"/>
        </w:rPr>
        <w:t>.</w:t>
      </w:r>
    </w:p>
    <w:p w14:paraId="68D518E3" w14:textId="77777777" w:rsidR="00F965EB" w:rsidRDefault="00F965EB" w:rsidP="00F965EB">
      <w:pPr>
        <w:spacing w:before="120" w:after="12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228B446" w14:textId="19BFACB8" w:rsidR="00F965EB" w:rsidRDefault="00F965EB" w:rsidP="004D7EF2">
      <w:pPr>
        <w:spacing w:before="120" w:after="120"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ANEXO </w:t>
      </w:r>
      <w:r w:rsidR="00511FB4">
        <w:rPr>
          <w:b/>
          <w:sz w:val="20"/>
          <w:szCs w:val="20"/>
        </w:rPr>
        <w:t>X</w:t>
      </w:r>
      <w:r>
        <w:rPr>
          <w:b/>
          <w:sz w:val="20"/>
          <w:szCs w:val="20"/>
        </w:rPr>
        <w:t xml:space="preserve"> - AUTODECLARAÇÃO DO CANDIDATO - </w:t>
      </w:r>
      <w:proofErr w:type="gramStart"/>
      <w:r>
        <w:rPr>
          <w:b/>
          <w:sz w:val="20"/>
          <w:szCs w:val="20"/>
        </w:rPr>
        <w:t>DISCENTE  INDÍGENA</w:t>
      </w:r>
      <w:proofErr w:type="gramEnd"/>
    </w:p>
    <w:p w14:paraId="58674B93" w14:textId="77777777" w:rsidR="004D7EF2" w:rsidRPr="009C16FF" w:rsidRDefault="004D7EF2" w:rsidP="004D7EF2">
      <w:pPr>
        <w:spacing w:before="280" w:after="160" w:line="276" w:lineRule="auto"/>
        <w:jc w:val="center"/>
        <w:rPr>
          <w:b/>
          <w:color w:val="EE0000"/>
          <w:sz w:val="22"/>
          <w:szCs w:val="22"/>
        </w:rPr>
      </w:pPr>
      <w:r w:rsidRPr="009C16FF">
        <w:rPr>
          <w:b/>
          <w:color w:val="EE0000"/>
          <w:sz w:val="22"/>
          <w:szCs w:val="22"/>
        </w:rPr>
        <w:t>(Anexar ao Projeto no SIGAA</w:t>
      </w:r>
      <w:r>
        <w:rPr>
          <w:b/>
          <w:color w:val="EE0000"/>
          <w:sz w:val="22"/>
          <w:szCs w:val="22"/>
        </w:rPr>
        <w:t>, quando aplicável)</w:t>
      </w:r>
    </w:p>
    <w:p w14:paraId="51A23F68" w14:textId="77777777" w:rsidR="004D7EF2" w:rsidRDefault="004D7EF2" w:rsidP="004D7EF2">
      <w:pPr>
        <w:spacing w:before="120" w:after="120" w:line="360" w:lineRule="auto"/>
        <w:jc w:val="center"/>
        <w:rPr>
          <w:b/>
          <w:sz w:val="20"/>
          <w:szCs w:val="20"/>
        </w:rPr>
      </w:pPr>
    </w:p>
    <w:p w14:paraId="7E98CC46" w14:textId="77777777" w:rsidR="00F965EB" w:rsidRDefault="00F965EB" w:rsidP="00F965EB">
      <w:pPr>
        <w:widowControl w:val="0"/>
        <w:spacing w:before="240" w:after="240" w:line="283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Eu, ________________________________________________ CPF n° _____________________</w:t>
      </w:r>
      <w:r>
        <w:rPr>
          <w:sz w:val="20"/>
          <w:szCs w:val="20"/>
          <w:u w:val="single"/>
        </w:rPr>
        <w:t xml:space="preserve">                                                                    </w:t>
      </w:r>
      <w:r>
        <w:rPr>
          <w:sz w:val="20"/>
          <w:szCs w:val="20"/>
        </w:rPr>
        <w:t>, DECLARO, sob as penas da Lei e para os devidos fins, que sou indígena pertencente ao povo indígena</w:t>
      </w:r>
      <w:r>
        <w:rPr>
          <w:sz w:val="20"/>
          <w:szCs w:val="20"/>
          <w:u w:val="single"/>
        </w:rPr>
        <w:t xml:space="preserve">                                                              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e resido na comunidade indígena</w:t>
      </w:r>
      <w:r>
        <w:rPr>
          <w:sz w:val="20"/>
          <w:szCs w:val="20"/>
          <w:u w:val="single"/>
        </w:rPr>
        <w:t xml:space="preserve">                                                                                                  </w:t>
      </w:r>
      <w:r>
        <w:rPr>
          <w:sz w:val="20"/>
          <w:szCs w:val="20"/>
          <w:u w:val="single"/>
        </w:rPr>
        <w:tab/>
        <w:t xml:space="preserve"> </w:t>
      </w:r>
      <w:r>
        <w:rPr>
          <w:sz w:val="20"/>
          <w:szCs w:val="20"/>
          <w:u w:val="single"/>
        </w:rPr>
        <w:tab/>
        <w:t xml:space="preserve"> </w:t>
      </w:r>
      <w:r>
        <w:rPr>
          <w:sz w:val="20"/>
          <w:szCs w:val="20"/>
          <w:u w:val="single"/>
        </w:rPr>
        <w:tab/>
        <w:t xml:space="preserve"> </w:t>
      </w:r>
      <w:r>
        <w:rPr>
          <w:sz w:val="20"/>
          <w:szCs w:val="20"/>
        </w:rPr>
        <w:t>, localizada no município</w:t>
      </w:r>
      <w:r>
        <w:rPr>
          <w:sz w:val="20"/>
          <w:szCs w:val="20"/>
          <w:u w:val="single"/>
        </w:rPr>
        <w:t xml:space="preserve">                                                                   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, estado </w:t>
      </w:r>
      <w:r>
        <w:rPr>
          <w:sz w:val="20"/>
          <w:szCs w:val="20"/>
          <w:u w:val="single"/>
        </w:rPr>
        <w:t xml:space="preserve">         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.</w:t>
      </w:r>
    </w:p>
    <w:p w14:paraId="46E19A62" w14:textId="77777777" w:rsidR="00F965EB" w:rsidRDefault="00F965EB" w:rsidP="00F965EB">
      <w:pPr>
        <w:widowControl w:val="0"/>
        <w:spacing w:after="240" w:line="283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7EC6C4E" w14:textId="7C77A95F" w:rsidR="00F965EB" w:rsidRDefault="00F965EB" w:rsidP="00F965EB">
      <w:pPr>
        <w:widowControl w:val="0"/>
        <w:ind w:left="100" w:right="120"/>
        <w:jc w:val="both"/>
        <w:rPr>
          <w:sz w:val="20"/>
          <w:szCs w:val="20"/>
        </w:rPr>
      </w:pPr>
      <w:r>
        <w:rPr>
          <w:sz w:val="20"/>
          <w:szCs w:val="20"/>
        </w:rPr>
        <w:t>DECLARO ainda, estar ciente de que a falsidade das declarações por mim firmadas no presente documento poderá ensejar sanções civis, criminais e administrativas, além do cancelamento da concessão da bolsa</w:t>
      </w:r>
      <w:r w:rsidR="008A4DFA">
        <w:rPr>
          <w:sz w:val="20"/>
          <w:szCs w:val="20"/>
        </w:rPr>
        <w:t>/auxílio</w:t>
      </w:r>
      <w:r>
        <w:rPr>
          <w:sz w:val="20"/>
          <w:szCs w:val="20"/>
        </w:rPr>
        <w:t xml:space="preserve"> e ressarcimento dos valores recebidos indevidamente.</w:t>
      </w:r>
    </w:p>
    <w:p w14:paraId="2403C9D9" w14:textId="77777777" w:rsidR="00F965EB" w:rsidRDefault="00F965EB" w:rsidP="00F965EB">
      <w:pPr>
        <w:widowControl w:val="0"/>
        <w:spacing w:after="240" w:line="283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06357AF" w14:textId="77777777" w:rsidR="00F965EB" w:rsidRDefault="00F965EB" w:rsidP="00F965EB">
      <w:pPr>
        <w:widowControl w:val="0"/>
        <w:spacing w:before="240" w:after="240" w:line="283" w:lineRule="auto"/>
        <w:ind w:left="100"/>
        <w:jc w:val="both"/>
        <w:rPr>
          <w:sz w:val="20"/>
          <w:szCs w:val="20"/>
        </w:rPr>
      </w:pPr>
      <w:r>
        <w:rPr>
          <w:sz w:val="20"/>
          <w:szCs w:val="20"/>
        </w:rPr>
        <w:t>Por ser verdade, firmo e dato a presente declaração.</w:t>
      </w:r>
    </w:p>
    <w:p w14:paraId="3E27A3D9" w14:textId="77777777" w:rsidR="00F965EB" w:rsidRDefault="00F965EB" w:rsidP="00F965EB">
      <w:pPr>
        <w:widowControl w:val="0"/>
        <w:spacing w:before="240" w:after="240" w:line="283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1C59C6B" w14:textId="77777777" w:rsidR="00F965EB" w:rsidRDefault="00F965EB" w:rsidP="00F965EB">
      <w:pPr>
        <w:widowControl w:val="0"/>
        <w:spacing w:before="240" w:after="240" w:line="283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50E6D84" w14:textId="77777777" w:rsidR="00F965EB" w:rsidRDefault="00F965EB" w:rsidP="00F965EB">
      <w:pPr>
        <w:widowControl w:val="0"/>
        <w:spacing w:before="240" w:after="240" w:line="283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tbl>
      <w:tblPr>
        <w:tblW w:w="8792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1"/>
        <w:gridCol w:w="8091"/>
      </w:tblGrid>
      <w:tr w:rsidR="00F965EB" w14:paraId="21E76B7B" w14:textId="77777777" w:rsidTr="00DC73A2">
        <w:trPr>
          <w:trHeight w:val="200"/>
        </w:trPr>
        <w:tc>
          <w:tcPr>
            <w:tcW w:w="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C4714" w14:textId="77777777" w:rsidR="00F965EB" w:rsidRDefault="00F965EB" w:rsidP="00DC73A2">
            <w:pPr>
              <w:spacing w:before="81" w:line="283" w:lineRule="auto"/>
              <w:ind w:right="676"/>
              <w:rPr>
                <w:sz w:val="20"/>
                <w:szCs w:val="20"/>
              </w:rPr>
            </w:pPr>
          </w:p>
        </w:tc>
        <w:tc>
          <w:tcPr>
            <w:tcW w:w="80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FBA36" w14:textId="77777777" w:rsidR="00F965EB" w:rsidRDefault="00F965EB" w:rsidP="00DC73A2">
            <w:pPr>
              <w:spacing w:before="81" w:line="283" w:lineRule="auto"/>
              <w:ind w:right="676"/>
              <w:rPr>
                <w:sz w:val="20"/>
                <w:szCs w:val="20"/>
              </w:rPr>
            </w:pPr>
          </w:p>
        </w:tc>
      </w:tr>
      <w:tr w:rsidR="00F965EB" w14:paraId="1470F401" w14:textId="77777777" w:rsidTr="00DC73A2">
        <w:trPr>
          <w:trHeight w:val="230"/>
        </w:trPr>
        <w:tc>
          <w:tcPr>
            <w:tcW w:w="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31A8F" w14:textId="77777777" w:rsidR="00F965EB" w:rsidRDefault="00F965EB" w:rsidP="00DC73A2">
            <w:pPr>
              <w:spacing w:before="81" w:line="283" w:lineRule="auto"/>
              <w:ind w:right="676"/>
              <w:rPr>
                <w:sz w:val="20"/>
                <w:szCs w:val="20"/>
              </w:rPr>
            </w:pPr>
          </w:p>
        </w:tc>
        <w:tc>
          <w:tcPr>
            <w:tcW w:w="80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EC7B9" w14:textId="77777777" w:rsidR="00F965EB" w:rsidRDefault="00F965EB" w:rsidP="00DC73A2">
            <w:pPr>
              <w:spacing w:before="81" w:line="283" w:lineRule="auto"/>
              <w:ind w:right="676"/>
              <w:rPr>
                <w:sz w:val="20"/>
                <w:szCs w:val="20"/>
              </w:rPr>
            </w:pPr>
          </w:p>
        </w:tc>
      </w:tr>
    </w:tbl>
    <w:p w14:paraId="4C4D7E23" w14:textId="77777777" w:rsidR="00F965EB" w:rsidRDefault="00F965EB" w:rsidP="00F965EB">
      <w:pPr>
        <w:widowControl w:val="0"/>
        <w:spacing w:before="20" w:after="240" w:line="283" w:lineRule="auto"/>
        <w:jc w:val="both"/>
        <w:rPr>
          <w:sz w:val="20"/>
          <w:szCs w:val="20"/>
        </w:rPr>
      </w:pPr>
    </w:p>
    <w:p w14:paraId="53ECF242" w14:textId="77777777" w:rsidR="00F965EB" w:rsidRDefault="00F965EB" w:rsidP="00F965EB">
      <w:pPr>
        <w:widowControl w:val="0"/>
        <w:spacing w:before="40" w:line="283" w:lineRule="auto"/>
        <w:ind w:right="20"/>
        <w:jc w:val="center"/>
        <w:rPr>
          <w:sz w:val="20"/>
          <w:szCs w:val="20"/>
        </w:rPr>
      </w:pPr>
      <w:r>
        <w:rPr>
          <w:sz w:val="20"/>
          <w:szCs w:val="20"/>
        </w:rPr>
        <w:t>Local e data (Informar a Cidade, a UF e o dia, mês e ano da emissão)</w:t>
      </w:r>
    </w:p>
    <w:p w14:paraId="4416BD3F" w14:textId="77777777" w:rsidR="00F965EB" w:rsidRDefault="00F965EB" w:rsidP="00F965EB">
      <w:pPr>
        <w:widowControl w:val="0"/>
        <w:spacing w:before="240" w:after="240" w:line="283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766E99C" w14:textId="77777777" w:rsidR="00F965EB" w:rsidRDefault="00F965EB" w:rsidP="00F965EB">
      <w:pPr>
        <w:widowControl w:val="0"/>
        <w:spacing w:before="240" w:after="240" w:line="283" w:lineRule="auto"/>
        <w:jc w:val="center"/>
        <w:rPr>
          <w:sz w:val="20"/>
          <w:szCs w:val="20"/>
        </w:rPr>
      </w:pPr>
    </w:p>
    <w:p w14:paraId="030E1925" w14:textId="77777777" w:rsidR="00F965EB" w:rsidRDefault="00F965EB" w:rsidP="00F965EB">
      <w:pPr>
        <w:widowControl w:val="0"/>
        <w:spacing w:before="240" w:after="240" w:line="283" w:lineRule="auto"/>
        <w:jc w:val="center"/>
        <w:rPr>
          <w:sz w:val="20"/>
          <w:szCs w:val="20"/>
        </w:rPr>
      </w:pPr>
      <w:r>
        <w:rPr>
          <w:sz w:val="20"/>
          <w:szCs w:val="20"/>
        </w:rPr>
        <w:t>Assinatura</w:t>
      </w:r>
    </w:p>
    <w:p w14:paraId="1874B39D" w14:textId="77777777" w:rsidR="00511FB4" w:rsidRDefault="00511FB4" w:rsidP="00F965EB">
      <w:pPr>
        <w:widowControl w:val="0"/>
        <w:spacing w:before="240" w:after="240" w:line="283" w:lineRule="auto"/>
        <w:jc w:val="center"/>
        <w:rPr>
          <w:sz w:val="20"/>
          <w:szCs w:val="20"/>
        </w:rPr>
      </w:pPr>
    </w:p>
    <w:p w14:paraId="501B4675" w14:textId="0C01D9A8" w:rsidR="00511FB4" w:rsidRPr="0028783F" w:rsidRDefault="00511FB4" w:rsidP="00511FB4">
      <w:pPr>
        <w:spacing w:after="60" w:line="276" w:lineRule="auto"/>
        <w:rPr>
          <w:i/>
          <w:iCs/>
          <w:color w:val="EE0000"/>
          <w:sz w:val="22"/>
          <w:szCs w:val="22"/>
        </w:rPr>
      </w:pPr>
      <w:r w:rsidRPr="0028783F">
        <w:rPr>
          <w:i/>
          <w:iCs/>
          <w:color w:val="EE0000"/>
          <w:sz w:val="22"/>
          <w:szCs w:val="22"/>
        </w:rPr>
        <w:t xml:space="preserve">Todas as assinaturas solicitadas são obrigatórias e a ausência </w:t>
      </w:r>
      <w:r w:rsidR="00C64E26" w:rsidRPr="0028783F">
        <w:rPr>
          <w:i/>
          <w:iCs/>
          <w:color w:val="EE0000"/>
          <w:sz w:val="22"/>
          <w:szCs w:val="22"/>
        </w:rPr>
        <w:t>acarretará</w:t>
      </w:r>
      <w:r>
        <w:rPr>
          <w:i/>
          <w:iCs/>
          <w:color w:val="EE0000"/>
          <w:sz w:val="22"/>
          <w:szCs w:val="22"/>
        </w:rPr>
        <w:t xml:space="preserve"> não validação do documento</w:t>
      </w:r>
      <w:r w:rsidRPr="0028783F">
        <w:rPr>
          <w:i/>
          <w:iCs/>
          <w:color w:val="EE0000"/>
          <w:sz w:val="22"/>
          <w:szCs w:val="22"/>
        </w:rPr>
        <w:t>.</w:t>
      </w:r>
      <w:r>
        <w:rPr>
          <w:i/>
          <w:iCs/>
          <w:color w:val="EE0000"/>
          <w:sz w:val="22"/>
          <w:szCs w:val="22"/>
        </w:rPr>
        <w:t xml:space="preserve"> Aceita-se assinatura digital SOUGOV.</w:t>
      </w:r>
    </w:p>
    <w:p w14:paraId="021CE9B5" w14:textId="77777777" w:rsidR="00511FB4" w:rsidRDefault="00511FB4" w:rsidP="00F965EB">
      <w:pPr>
        <w:widowControl w:val="0"/>
        <w:spacing w:before="240" w:after="240" w:line="283" w:lineRule="auto"/>
        <w:jc w:val="center"/>
        <w:rPr>
          <w:sz w:val="20"/>
          <w:szCs w:val="20"/>
        </w:rPr>
        <w:sectPr w:rsidR="00511FB4" w:rsidSect="00001C5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9" w:h="16834"/>
          <w:pgMar w:top="1440" w:right="1440" w:bottom="1440" w:left="1440" w:header="425" w:footer="1027" w:gutter="0"/>
          <w:pgNumType w:start="1"/>
          <w:cols w:space="720"/>
        </w:sectPr>
      </w:pPr>
    </w:p>
    <w:p w14:paraId="2A3E64AD" w14:textId="35B9E7FB" w:rsidR="00F965EB" w:rsidRDefault="00F965EB" w:rsidP="00F965EB">
      <w:pPr>
        <w:widowControl w:val="0"/>
        <w:spacing w:before="240" w:after="240" w:line="283" w:lineRule="auto"/>
        <w:jc w:val="center"/>
        <w:rPr>
          <w:b/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  <w:r>
        <w:rPr>
          <w:b/>
          <w:sz w:val="20"/>
          <w:szCs w:val="20"/>
        </w:rPr>
        <w:t xml:space="preserve">ANEXO </w:t>
      </w:r>
      <w:r w:rsidR="00C64E26">
        <w:rPr>
          <w:b/>
          <w:sz w:val="20"/>
          <w:szCs w:val="20"/>
        </w:rPr>
        <w:t>XI</w:t>
      </w:r>
      <w:r>
        <w:rPr>
          <w:b/>
          <w:sz w:val="20"/>
          <w:szCs w:val="20"/>
        </w:rPr>
        <w:t xml:space="preserve"> - AUTODECLARAÇÃO DO CANDIDATO - DISCENTE QUILOMBOLA</w:t>
      </w:r>
    </w:p>
    <w:p w14:paraId="1FC59DA6" w14:textId="3CE6816D" w:rsidR="004D7EF2" w:rsidRDefault="004D7EF2" w:rsidP="004D7EF2">
      <w:pPr>
        <w:spacing w:before="280" w:after="160" w:line="276" w:lineRule="auto"/>
        <w:jc w:val="center"/>
        <w:rPr>
          <w:b/>
          <w:color w:val="EE0000"/>
          <w:sz w:val="22"/>
          <w:szCs w:val="22"/>
        </w:rPr>
      </w:pPr>
      <w:r w:rsidRPr="009C16FF">
        <w:rPr>
          <w:b/>
          <w:color w:val="EE0000"/>
          <w:sz w:val="22"/>
          <w:szCs w:val="22"/>
        </w:rPr>
        <w:t>(Anexar ao Projeto no SIGAA</w:t>
      </w:r>
      <w:r>
        <w:rPr>
          <w:b/>
          <w:color w:val="EE0000"/>
          <w:sz w:val="22"/>
          <w:szCs w:val="22"/>
        </w:rPr>
        <w:t>, quando aplicável)</w:t>
      </w:r>
    </w:p>
    <w:p w14:paraId="04FE6C7A" w14:textId="77777777" w:rsidR="004D7EF2" w:rsidRPr="004D7EF2" w:rsidRDefault="004D7EF2" w:rsidP="004D7EF2">
      <w:pPr>
        <w:spacing w:before="280" w:after="160" w:line="276" w:lineRule="auto"/>
        <w:jc w:val="center"/>
        <w:rPr>
          <w:b/>
          <w:color w:val="EE0000"/>
          <w:sz w:val="22"/>
          <w:szCs w:val="22"/>
        </w:rPr>
      </w:pPr>
    </w:p>
    <w:p w14:paraId="36A902DD" w14:textId="77777777" w:rsidR="00F965EB" w:rsidRDefault="00F965EB" w:rsidP="00F965EB">
      <w:pPr>
        <w:widowControl w:val="0"/>
        <w:spacing w:before="240" w:after="240" w:line="283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Eu, _____________________________________________ CPF nº</w:t>
      </w:r>
      <w:r>
        <w:rPr>
          <w:sz w:val="20"/>
          <w:szCs w:val="20"/>
          <w:u w:val="single"/>
        </w:rPr>
        <w:t xml:space="preserve">                                   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, DECLARO, sob as penas da Lei e para os devidos fins, que sou quilombola pertencente ao Quilombo</w:t>
      </w:r>
      <w:r>
        <w:rPr>
          <w:sz w:val="20"/>
          <w:szCs w:val="20"/>
          <w:u w:val="single"/>
        </w:rPr>
        <w:t xml:space="preserve">                                                       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e resido na comunidade quilombola</w:t>
      </w:r>
      <w:r>
        <w:rPr>
          <w:sz w:val="20"/>
          <w:szCs w:val="20"/>
          <w:u w:val="single"/>
        </w:rPr>
        <w:t xml:space="preserve">                                                                                                   </w:t>
      </w:r>
      <w:r>
        <w:rPr>
          <w:sz w:val="20"/>
          <w:szCs w:val="20"/>
          <w:u w:val="single"/>
        </w:rPr>
        <w:tab/>
        <w:t xml:space="preserve"> </w:t>
      </w:r>
      <w:r>
        <w:rPr>
          <w:sz w:val="20"/>
          <w:szCs w:val="20"/>
          <w:u w:val="single"/>
        </w:rPr>
        <w:tab/>
        <w:t xml:space="preserve"> </w:t>
      </w:r>
      <w:r>
        <w:rPr>
          <w:sz w:val="20"/>
          <w:szCs w:val="20"/>
          <w:u w:val="single"/>
        </w:rPr>
        <w:tab/>
        <w:t xml:space="preserve"> </w:t>
      </w:r>
      <w:r>
        <w:rPr>
          <w:sz w:val="20"/>
          <w:szCs w:val="20"/>
          <w:u w:val="single"/>
        </w:rPr>
        <w:tab/>
        <w:t xml:space="preserve">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, localizada no município</w:t>
      </w:r>
      <w:r>
        <w:rPr>
          <w:sz w:val="20"/>
          <w:szCs w:val="20"/>
          <w:u w:val="single"/>
        </w:rPr>
        <w:t xml:space="preserve">                                                                                             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, estado</w:t>
      </w:r>
      <w:r>
        <w:rPr>
          <w:sz w:val="20"/>
          <w:szCs w:val="20"/>
          <w:u w:val="single"/>
        </w:rPr>
        <w:t xml:space="preserve">          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.</w:t>
      </w:r>
    </w:p>
    <w:p w14:paraId="0CDFA3BE" w14:textId="77777777" w:rsidR="00F965EB" w:rsidRDefault="00F965EB" w:rsidP="00F965EB">
      <w:pPr>
        <w:widowControl w:val="0"/>
        <w:spacing w:after="240" w:line="283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A996020" w14:textId="603C1D07" w:rsidR="00F965EB" w:rsidRDefault="00F965EB" w:rsidP="00F965EB">
      <w:pPr>
        <w:widowControl w:val="0"/>
        <w:ind w:left="100" w:right="120"/>
        <w:jc w:val="both"/>
        <w:rPr>
          <w:sz w:val="20"/>
          <w:szCs w:val="20"/>
        </w:rPr>
      </w:pPr>
      <w:r>
        <w:rPr>
          <w:sz w:val="20"/>
          <w:szCs w:val="20"/>
        </w:rPr>
        <w:t>DECLARO ainda, estar ciente de que a falsidade das declarações por mim firmadas no presente documento poderá ensejar sanções civis, criminais e administrativas, além do cancelamento da concessão da bolsa</w:t>
      </w:r>
      <w:r w:rsidR="008A4DFA">
        <w:rPr>
          <w:sz w:val="20"/>
          <w:szCs w:val="20"/>
        </w:rPr>
        <w:t>/auxílio</w:t>
      </w:r>
      <w:r>
        <w:rPr>
          <w:sz w:val="20"/>
          <w:szCs w:val="20"/>
        </w:rPr>
        <w:t xml:space="preserve"> e ressarcimento dos valores recebidos indevidamente.</w:t>
      </w:r>
    </w:p>
    <w:p w14:paraId="69099CFD" w14:textId="77777777" w:rsidR="00F965EB" w:rsidRDefault="00F965EB" w:rsidP="00F965EB">
      <w:pPr>
        <w:widowControl w:val="0"/>
        <w:spacing w:after="240" w:line="283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0D88F5F" w14:textId="77777777" w:rsidR="00F965EB" w:rsidRDefault="00F965EB" w:rsidP="00F965EB">
      <w:pPr>
        <w:widowControl w:val="0"/>
        <w:spacing w:before="240" w:after="240" w:line="283" w:lineRule="auto"/>
        <w:ind w:left="100"/>
        <w:jc w:val="both"/>
        <w:rPr>
          <w:sz w:val="20"/>
          <w:szCs w:val="20"/>
        </w:rPr>
      </w:pPr>
      <w:r>
        <w:rPr>
          <w:sz w:val="20"/>
          <w:szCs w:val="20"/>
        </w:rPr>
        <w:t>Por ser verdade, firmo e dato a presente declaração.</w:t>
      </w:r>
    </w:p>
    <w:p w14:paraId="7F00F3D8" w14:textId="77777777" w:rsidR="00F965EB" w:rsidRDefault="00F965EB" w:rsidP="00F965EB">
      <w:pPr>
        <w:widowControl w:val="0"/>
        <w:spacing w:before="240" w:after="240" w:line="283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297987B" w14:textId="77777777" w:rsidR="00F965EB" w:rsidRDefault="00F965EB" w:rsidP="00F965EB">
      <w:pPr>
        <w:widowControl w:val="0"/>
        <w:spacing w:before="40" w:line="283" w:lineRule="auto"/>
        <w:ind w:right="20"/>
        <w:jc w:val="center"/>
        <w:rPr>
          <w:sz w:val="20"/>
          <w:szCs w:val="20"/>
        </w:rPr>
      </w:pPr>
      <w:r>
        <w:rPr>
          <w:sz w:val="20"/>
          <w:szCs w:val="20"/>
        </w:rPr>
        <w:t>Local e data (Informar a Cidade, a UF e o dia, mês e ano da emissão)</w:t>
      </w:r>
    </w:p>
    <w:p w14:paraId="6CC19FFD" w14:textId="77777777" w:rsidR="00F965EB" w:rsidRDefault="00F965EB" w:rsidP="00F965EB">
      <w:pPr>
        <w:widowControl w:val="0"/>
        <w:spacing w:before="240" w:after="240" w:line="283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B23B009" w14:textId="77777777" w:rsidR="00F965EB" w:rsidRDefault="00F965EB" w:rsidP="00F965EB">
      <w:pPr>
        <w:widowControl w:val="0"/>
        <w:spacing w:before="240" w:after="240" w:line="283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3251E51" w14:textId="77777777" w:rsidR="00F965EB" w:rsidRDefault="00F965EB" w:rsidP="00F965EB">
      <w:pPr>
        <w:widowControl w:val="0"/>
        <w:spacing w:before="40" w:line="283" w:lineRule="auto"/>
        <w:jc w:val="center"/>
        <w:rPr>
          <w:sz w:val="20"/>
          <w:szCs w:val="20"/>
        </w:rPr>
      </w:pPr>
      <w:r>
        <w:rPr>
          <w:sz w:val="20"/>
          <w:szCs w:val="20"/>
        </w:rPr>
        <w:t>Assinatura</w:t>
      </w:r>
    </w:p>
    <w:p w14:paraId="4208C31F" w14:textId="77777777" w:rsidR="00F965EB" w:rsidRDefault="00F965EB" w:rsidP="00F965EB">
      <w:pPr>
        <w:widowControl w:val="0"/>
        <w:spacing w:before="40" w:line="283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53250DB" w14:textId="77777777" w:rsidR="00F965EB" w:rsidRDefault="00F965EB" w:rsidP="00F965EB">
      <w:pPr>
        <w:widowControl w:val="0"/>
        <w:spacing w:before="81" w:line="283" w:lineRule="auto"/>
        <w:ind w:right="676"/>
        <w:jc w:val="both"/>
        <w:rPr>
          <w:sz w:val="20"/>
          <w:szCs w:val="20"/>
        </w:rPr>
      </w:pPr>
    </w:p>
    <w:p w14:paraId="5654D52C" w14:textId="77777777" w:rsidR="00F965EB" w:rsidRDefault="00F965EB" w:rsidP="00F965EB">
      <w:pPr>
        <w:widowControl w:val="0"/>
        <w:spacing w:before="81" w:line="283" w:lineRule="auto"/>
        <w:ind w:right="676"/>
        <w:jc w:val="both"/>
        <w:rPr>
          <w:sz w:val="20"/>
          <w:szCs w:val="20"/>
        </w:rPr>
      </w:pPr>
    </w:p>
    <w:p w14:paraId="0F82DD3E" w14:textId="77777777" w:rsidR="00F965EB" w:rsidRDefault="00F965EB" w:rsidP="00F965EB">
      <w:pPr>
        <w:widowControl w:val="0"/>
        <w:spacing w:before="81" w:line="283" w:lineRule="auto"/>
        <w:ind w:right="676"/>
        <w:jc w:val="both"/>
        <w:rPr>
          <w:sz w:val="20"/>
          <w:szCs w:val="20"/>
        </w:rPr>
      </w:pPr>
    </w:p>
    <w:p w14:paraId="2A6E4859" w14:textId="77777777" w:rsidR="00F965EB" w:rsidRDefault="00F965EB" w:rsidP="00F965EB">
      <w:pPr>
        <w:widowControl w:val="0"/>
        <w:spacing w:before="81" w:line="283" w:lineRule="auto"/>
        <w:ind w:right="676"/>
        <w:jc w:val="both"/>
        <w:rPr>
          <w:sz w:val="20"/>
          <w:szCs w:val="20"/>
        </w:rPr>
      </w:pPr>
    </w:p>
    <w:p w14:paraId="380561F3" w14:textId="32828584" w:rsidR="00C64E26" w:rsidRPr="0028783F" w:rsidRDefault="00C64E26" w:rsidP="00C64E26">
      <w:pPr>
        <w:spacing w:after="60" w:line="276" w:lineRule="auto"/>
        <w:rPr>
          <w:i/>
          <w:iCs/>
          <w:color w:val="EE0000"/>
          <w:sz w:val="22"/>
          <w:szCs w:val="22"/>
        </w:rPr>
      </w:pPr>
      <w:r w:rsidRPr="0028783F">
        <w:rPr>
          <w:i/>
          <w:iCs/>
          <w:color w:val="EE0000"/>
          <w:sz w:val="22"/>
          <w:szCs w:val="22"/>
        </w:rPr>
        <w:t>Todas as assinaturas solicitadas são obrigatórias e a ausência acarretará</w:t>
      </w:r>
      <w:r>
        <w:rPr>
          <w:i/>
          <w:iCs/>
          <w:color w:val="EE0000"/>
          <w:sz w:val="22"/>
          <w:szCs w:val="22"/>
        </w:rPr>
        <w:t xml:space="preserve"> não validação do documento</w:t>
      </w:r>
      <w:r w:rsidRPr="0028783F">
        <w:rPr>
          <w:i/>
          <w:iCs/>
          <w:color w:val="EE0000"/>
          <w:sz w:val="22"/>
          <w:szCs w:val="22"/>
        </w:rPr>
        <w:t>.</w:t>
      </w:r>
      <w:r>
        <w:rPr>
          <w:i/>
          <w:iCs/>
          <w:color w:val="EE0000"/>
          <w:sz w:val="22"/>
          <w:szCs w:val="22"/>
        </w:rPr>
        <w:t xml:space="preserve"> Aceita-se assinatura digital SOUGOV.</w:t>
      </w:r>
    </w:p>
    <w:p w14:paraId="63DA5A58" w14:textId="77777777" w:rsidR="00F965EB" w:rsidRDefault="00F965EB" w:rsidP="00F965EB">
      <w:pPr>
        <w:widowControl w:val="0"/>
        <w:spacing w:before="81" w:line="283" w:lineRule="auto"/>
        <w:ind w:right="676"/>
        <w:jc w:val="both"/>
        <w:rPr>
          <w:sz w:val="20"/>
          <w:szCs w:val="20"/>
        </w:rPr>
      </w:pPr>
    </w:p>
    <w:p w14:paraId="4AC8BDE8" w14:textId="77777777" w:rsidR="00F965EB" w:rsidRDefault="00F965EB" w:rsidP="00F965EB">
      <w:pPr>
        <w:widowControl w:val="0"/>
        <w:spacing w:before="81" w:line="283" w:lineRule="auto"/>
        <w:ind w:right="676"/>
        <w:jc w:val="both"/>
        <w:rPr>
          <w:sz w:val="20"/>
          <w:szCs w:val="20"/>
        </w:rPr>
      </w:pPr>
    </w:p>
    <w:p w14:paraId="122A4241" w14:textId="77777777" w:rsidR="00F965EB" w:rsidRDefault="00F965EB" w:rsidP="00F965EB">
      <w:pPr>
        <w:widowControl w:val="0"/>
        <w:spacing w:before="81" w:line="283" w:lineRule="auto"/>
        <w:ind w:right="676"/>
        <w:jc w:val="both"/>
        <w:rPr>
          <w:sz w:val="20"/>
          <w:szCs w:val="20"/>
        </w:rPr>
      </w:pPr>
    </w:p>
    <w:p w14:paraId="7A3C6A56" w14:textId="77777777" w:rsidR="00F965EB" w:rsidRDefault="00F965EB" w:rsidP="00F965EB">
      <w:pPr>
        <w:widowControl w:val="0"/>
        <w:spacing w:before="81" w:line="283" w:lineRule="auto"/>
        <w:ind w:right="676"/>
        <w:jc w:val="both"/>
        <w:rPr>
          <w:sz w:val="20"/>
          <w:szCs w:val="20"/>
        </w:rPr>
      </w:pPr>
    </w:p>
    <w:p w14:paraId="7AC86451" w14:textId="77777777" w:rsidR="00F965EB" w:rsidRDefault="00F965EB" w:rsidP="00F965EB">
      <w:pPr>
        <w:widowControl w:val="0"/>
        <w:spacing w:before="81" w:line="283" w:lineRule="auto"/>
        <w:ind w:right="676"/>
        <w:jc w:val="both"/>
        <w:rPr>
          <w:sz w:val="20"/>
          <w:szCs w:val="20"/>
        </w:rPr>
      </w:pPr>
    </w:p>
    <w:p w14:paraId="74BD7A06" w14:textId="77777777" w:rsidR="00F965EB" w:rsidRDefault="00F965EB" w:rsidP="00F965EB">
      <w:pPr>
        <w:widowControl w:val="0"/>
        <w:spacing w:before="81" w:line="283" w:lineRule="auto"/>
        <w:ind w:right="676"/>
        <w:jc w:val="both"/>
        <w:rPr>
          <w:sz w:val="20"/>
          <w:szCs w:val="20"/>
        </w:rPr>
      </w:pPr>
    </w:p>
    <w:p w14:paraId="23FF2919" w14:textId="77777777" w:rsidR="00F965EB" w:rsidRDefault="00F965EB" w:rsidP="00F965EB">
      <w:pPr>
        <w:widowControl w:val="0"/>
        <w:spacing w:before="81" w:line="283" w:lineRule="auto"/>
        <w:ind w:right="676"/>
        <w:jc w:val="both"/>
        <w:rPr>
          <w:sz w:val="20"/>
          <w:szCs w:val="20"/>
        </w:rPr>
      </w:pPr>
    </w:p>
    <w:p w14:paraId="24564D37" w14:textId="77777777" w:rsidR="00F965EB" w:rsidRDefault="00F965EB" w:rsidP="00F965EB">
      <w:pPr>
        <w:widowControl w:val="0"/>
        <w:spacing w:before="81" w:line="283" w:lineRule="auto"/>
        <w:ind w:right="676"/>
        <w:jc w:val="both"/>
        <w:rPr>
          <w:sz w:val="20"/>
          <w:szCs w:val="20"/>
        </w:rPr>
      </w:pPr>
    </w:p>
    <w:sectPr w:rsidR="00F965EB" w:rsidSect="00034616">
      <w:headerReference w:type="default" r:id="rId14"/>
      <w:footerReference w:type="default" r:id="rId15"/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76ADB" w14:textId="77777777" w:rsidR="007513E5" w:rsidRDefault="007513E5" w:rsidP="00F77E1F">
      <w:r>
        <w:separator/>
      </w:r>
    </w:p>
  </w:endnote>
  <w:endnote w:type="continuationSeparator" w:id="0">
    <w:p w14:paraId="21C9FC69" w14:textId="77777777" w:rsidR="007513E5" w:rsidRDefault="007513E5" w:rsidP="00F77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74C25" w14:textId="77777777" w:rsidR="00F965EB" w:rsidRDefault="00F965E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8088E" w14:textId="00C5970F" w:rsidR="00F965EB" w:rsidRPr="00001C56" w:rsidRDefault="00DD4F64" w:rsidP="00001C56">
    <w:pPr>
      <w:pStyle w:val="Rodap"/>
      <w:pBdr>
        <w:top w:val="single" w:sz="4" w:space="1" w:color="auto"/>
      </w:pBdr>
      <w:jc w:val="center"/>
      <w:rPr>
        <w:lang w:val="pt-BR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17B9CB7C" wp14:editId="3740D4D2">
          <wp:simplePos x="0" y="0"/>
          <wp:positionH relativeFrom="margin">
            <wp:align>right</wp:align>
          </wp:positionH>
          <wp:positionV relativeFrom="paragraph">
            <wp:posOffset>28575</wp:posOffset>
          </wp:positionV>
          <wp:extent cx="477671" cy="476250"/>
          <wp:effectExtent l="0" t="0" r="0" b="0"/>
          <wp:wrapNone/>
          <wp:docPr id="238453331" name="Imagem 1" descr="ARNI Ufopa (@arniufopa) • Instagram photos and vide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NI Ufopa (@arniufopa) • Instagram photos and videos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13" t="8224" r="6098" b="9539"/>
                  <a:stretch>
                    <a:fillRect/>
                  </a:stretch>
                </pic:blipFill>
                <pic:spPr bwMode="auto">
                  <a:xfrm>
                    <a:off x="0" y="0"/>
                    <a:ext cx="477671" cy="476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1C56" w:rsidRPr="00001C56">
      <w:rPr>
        <w:color w:val="555555"/>
        <w:sz w:val="16"/>
        <w:szCs w:val="16"/>
        <w:lang w:val="pt-BR"/>
      </w:rPr>
      <w:t xml:space="preserve">ARNI – </w:t>
    </w:r>
    <w:proofErr w:type="gramStart"/>
    <w:r w:rsidR="00001C56" w:rsidRPr="00001C56">
      <w:rPr>
        <w:color w:val="555555"/>
        <w:sz w:val="16"/>
        <w:szCs w:val="16"/>
        <w:lang w:val="pt-BR"/>
      </w:rPr>
      <w:t>arni@ufopa.edu.br  |</w:t>
    </w:r>
    <w:proofErr w:type="gramEnd"/>
    <w:r w:rsidR="00001C56" w:rsidRPr="00001C56">
      <w:rPr>
        <w:color w:val="555555"/>
        <w:sz w:val="16"/>
        <w:szCs w:val="16"/>
        <w:lang w:val="pt-BR"/>
      </w:rPr>
      <w:t xml:space="preserve">  Campus Tapajós, Bloco BMT2, 4º andar, sala 445</w:t>
    </w:r>
    <w:proofErr w:type="gramStart"/>
    <w:r w:rsidR="00001C56" w:rsidRPr="00001C56">
      <w:rPr>
        <w:color w:val="555555"/>
        <w:sz w:val="16"/>
        <w:szCs w:val="16"/>
        <w:lang w:val="pt-BR"/>
      </w:rPr>
      <w:t>B  |</w:t>
    </w:r>
    <w:proofErr w:type="gramEnd"/>
    <w:r w:rsidR="00001C56" w:rsidRPr="00001C56">
      <w:rPr>
        <w:color w:val="555555"/>
        <w:sz w:val="16"/>
        <w:szCs w:val="16"/>
        <w:lang w:val="pt-BR"/>
      </w:rPr>
      <w:t xml:space="preserve">  Santarém-PA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D83F2" w14:textId="77777777" w:rsidR="00F965EB" w:rsidRDefault="00F965E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DA8F3" w14:textId="0C146999" w:rsidR="004C1437" w:rsidRDefault="004C1437">
    <w:pPr>
      <w:pStyle w:val="Rodap"/>
    </w:pPr>
    <w:r>
      <w:rPr>
        <w:noProof/>
      </w:rPr>
      <w:drawing>
        <wp:anchor distT="0" distB="0" distL="114300" distR="114300" simplePos="0" relativeHeight="251656704" behindDoc="0" locked="0" layoutInCell="1" allowOverlap="1" wp14:anchorId="03F6002C" wp14:editId="3375526D">
          <wp:simplePos x="0" y="0"/>
          <wp:positionH relativeFrom="margin">
            <wp:align>right</wp:align>
          </wp:positionH>
          <wp:positionV relativeFrom="paragraph">
            <wp:posOffset>-111760</wp:posOffset>
          </wp:positionV>
          <wp:extent cx="579120" cy="579120"/>
          <wp:effectExtent l="0" t="0" r="0" b="0"/>
          <wp:wrapNone/>
          <wp:docPr id="875061413" name="Imagem 1" descr="ARNI Ufopa (@arniufopa) • Instagram photos and vide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NI Ufopa (@arniufopa) • Instagram photos and vide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A1A5F" w14:textId="77777777" w:rsidR="007513E5" w:rsidRDefault="007513E5" w:rsidP="00F77E1F">
      <w:r>
        <w:separator/>
      </w:r>
    </w:p>
  </w:footnote>
  <w:footnote w:type="continuationSeparator" w:id="0">
    <w:p w14:paraId="26D668A9" w14:textId="77777777" w:rsidR="007513E5" w:rsidRDefault="007513E5" w:rsidP="00F77E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1ED72" w14:textId="77777777" w:rsidR="00F965EB" w:rsidRDefault="00F965E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6DDE9" w14:textId="71B13A38" w:rsidR="00865F25" w:rsidRPr="00443992" w:rsidRDefault="008F29DD" w:rsidP="00865F25">
    <w:pPr>
      <w:pBdr>
        <w:bottom w:val="single" w:sz="6" w:space="4" w:color="003366"/>
      </w:pBdr>
      <w:spacing w:after="80"/>
      <w:jc w:val="both"/>
      <w:rPr>
        <w:b/>
        <w:bCs/>
        <w:sz w:val="20"/>
        <w:szCs w:val="20"/>
      </w:rPr>
    </w:pPr>
    <w:r>
      <w:rPr>
        <w:b/>
        <w:bCs/>
        <w:noProof/>
        <w:sz w:val="20"/>
        <w:szCs w:val="20"/>
      </w:rPr>
      <w:drawing>
        <wp:anchor distT="0" distB="0" distL="114300" distR="114300" simplePos="0" relativeHeight="251659776" behindDoc="0" locked="0" layoutInCell="1" allowOverlap="1" wp14:anchorId="37137460" wp14:editId="35791418">
          <wp:simplePos x="0" y="0"/>
          <wp:positionH relativeFrom="column">
            <wp:posOffset>62821</wp:posOffset>
          </wp:positionH>
          <wp:positionV relativeFrom="paragraph">
            <wp:posOffset>1905</wp:posOffset>
          </wp:positionV>
          <wp:extent cx="697865" cy="732790"/>
          <wp:effectExtent l="0" t="0" r="635" b="3810"/>
          <wp:wrapSquare wrapText="bothSides"/>
          <wp:docPr id="1399851327" name="Imagem 1" descr="Palestra Protagonismo Feminino - A Luta pelo Direito das Mulheres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9851327" name="Imagem 1399851327" descr="Palestra Protagonismo Feminino - A Luta pelo Direito das Mulheres ..."/>
                  <pic:cNvPicPr/>
                </pic:nvPicPr>
                <pic:blipFill>
                  <a:blip r:embed="rId1">
                    <a:extLs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865" cy="732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5F25" w:rsidRPr="00443992">
      <w:rPr>
        <w:b/>
        <w:bCs/>
        <w:sz w:val="20"/>
        <w:szCs w:val="20"/>
      </w:rPr>
      <w:t xml:space="preserve">UNIVERSIDADE FEDERAL DO OESTE DO PARÁ  </w:t>
    </w:r>
  </w:p>
  <w:p w14:paraId="50CC1CEB" w14:textId="77777777" w:rsidR="00865F25" w:rsidRPr="00443992" w:rsidRDefault="00865F25" w:rsidP="00865F25">
    <w:pPr>
      <w:pBdr>
        <w:bottom w:val="single" w:sz="6" w:space="4" w:color="003366"/>
      </w:pBdr>
      <w:spacing w:after="80"/>
      <w:jc w:val="both"/>
    </w:pPr>
    <w:r w:rsidRPr="00443992">
      <w:rPr>
        <w:b/>
        <w:bCs/>
        <w:sz w:val="20"/>
        <w:szCs w:val="20"/>
      </w:rPr>
      <w:t>ASSESSORIA DE RELAÇÕES NACIONAIS E INTERNACIONAIS</w:t>
    </w:r>
  </w:p>
  <w:p w14:paraId="4A2A1426" w14:textId="23CBC6BD" w:rsidR="00F965EB" w:rsidRDefault="00865F25" w:rsidP="00A00E27">
    <w:pPr>
      <w:spacing w:after="60"/>
      <w:jc w:val="both"/>
      <w:rPr>
        <w:sz w:val="20"/>
        <w:szCs w:val="20"/>
      </w:rPr>
    </w:pPr>
    <w:r w:rsidRPr="00443992">
      <w:rPr>
        <w:sz w:val="20"/>
        <w:szCs w:val="20"/>
      </w:rPr>
      <w:t xml:space="preserve">PROGRAMA INTEGRADO DE PESQUISA, ENSINO E EXTENSÃO </w:t>
    </w:r>
    <w:r>
      <w:rPr>
        <w:sz w:val="20"/>
        <w:szCs w:val="20"/>
      </w:rPr>
      <w:t xml:space="preserve">MOBILIDADE NACIONAL </w:t>
    </w:r>
    <w:r w:rsidRPr="00443992">
      <w:rPr>
        <w:sz w:val="20"/>
        <w:szCs w:val="20"/>
      </w:rPr>
      <w:t xml:space="preserve">– PEEX </w:t>
    </w:r>
    <w:r>
      <w:rPr>
        <w:sz w:val="20"/>
        <w:szCs w:val="20"/>
      </w:rPr>
      <w:t>MOB</w:t>
    </w:r>
    <w:r w:rsidR="00A00E27">
      <w:rPr>
        <w:sz w:val="20"/>
        <w:szCs w:val="20"/>
      </w:rPr>
      <w:t>ILIDADE NACIONAL</w:t>
    </w:r>
  </w:p>
  <w:p w14:paraId="0862AC04" w14:textId="77777777" w:rsidR="0083550A" w:rsidRPr="00A00E27" w:rsidRDefault="0083550A" w:rsidP="00A00E27">
    <w:pPr>
      <w:spacing w:after="60"/>
      <w:jc w:val="both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AC477" w14:textId="77777777" w:rsidR="00F965EB" w:rsidRDefault="00F965E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E94F7" w14:textId="6324EBDE" w:rsidR="00F77E1F" w:rsidRPr="00443992" w:rsidRDefault="00F77E1F" w:rsidP="00F77E1F">
    <w:pPr>
      <w:pBdr>
        <w:bottom w:val="single" w:sz="6" w:space="4" w:color="003366"/>
      </w:pBdr>
      <w:spacing w:after="80"/>
      <w:jc w:val="both"/>
      <w:rPr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55680" behindDoc="0" locked="0" layoutInCell="1" allowOverlap="1" wp14:anchorId="2B7781F6" wp14:editId="22C1861F">
          <wp:simplePos x="0" y="0"/>
          <wp:positionH relativeFrom="margin">
            <wp:align>left</wp:align>
          </wp:positionH>
          <wp:positionV relativeFrom="margin">
            <wp:posOffset>-913765</wp:posOffset>
          </wp:positionV>
          <wp:extent cx="885190" cy="891540"/>
          <wp:effectExtent l="0" t="0" r="0" b="3810"/>
          <wp:wrapSquare wrapText="bothSides"/>
          <wp:docPr id="169436267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802610" name="Imagem 10438026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190" cy="891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43992">
      <w:rPr>
        <w:b/>
        <w:bCs/>
        <w:sz w:val="20"/>
        <w:szCs w:val="20"/>
      </w:rPr>
      <w:t xml:space="preserve">UNIVERSIDADE FEDERAL DO OESTE DO PARÁ  </w:t>
    </w:r>
  </w:p>
  <w:p w14:paraId="5C95C83B" w14:textId="77777777" w:rsidR="00F77E1F" w:rsidRPr="00443992" w:rsidRDefault="00F77E1F" w:rsidP="00F77E1F">
    <w:pPr>
      <w:pBdr>
        <w:bottom w:val="single" w:sz="6" w:space="4" w:color="003366"/>
      </w:pBdr>
      <w:spacing w:after="80"/>
      <w:jc w:val="both"/>
    </w:pPr>
    <w:r w:rsidRPr="00443992">
      <w:rPr>
        <w:b/>
        <w:bCs/>
        <w:sz w:val="20"/>
        <w:szCs w:val="20"/>
      </w:rPr>
      <w:t>ASSESSORIA DE RELAÇÕES NACIONAIS E INTERNACIONAIS</w:t>
    </w:r>
  </w:p>
  <w:p w14:paraId="1D765A69" w14:textId="49F0CB0C" w:rsidR="00F77E1F" w:rsidRDefault="00F77E1F" w:rsidP="00F77E1F">
    <w:pPr>
      <w:spacing w:after="60"/>
      <w:jc w:val="both"/>
      <w:rPr>
        <w:sz w:val="20"/>
        <w:szCs w:val="20"/>
      </w:rPr>
    </w:pPr>
    <w:r w:rsidRPr="00443992">
      <w:rPr>
        <w:sz w:val="20"/>
        <w:szCs w:val="20"/>
      </w:rPr>
      <w:t xml:space="preserve">PROGRAMA INTEGRADO DE PESQUISA, ENSINO E EXTENSÃO </w:t>
    </w:r>
    <w:r>
      <w:rPr>
        <w:sz w:val="20"/>
        <w:szCs w:val="20"/>
      </w:rPr>
      <w:t>PARA MOBILIDADE NACIONAL</w:t>
    </w:r>
  </w:p>
  <w:p w14:paraId="667775FF" w14:textId="77777777" w:rsidR="00F77E1F" w:rsidRPr="00F77E1F" w:rsidRDefault="00F77E1F" w:rsidP="00F77E1F">
    <w:pPr>
      <w:spacing w:after="6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D9B8E01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8F0B1C"/>
    <w:multiLevelType w:val="hybridMultilevel"/>
    <w:tmpl w:val="6AD6EF84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2C213AC"/>
    <w:multiLevelType w:val="hybridMultilevel"/>
    <w:tmpl w:val="B8F2CC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51E99"/>
    <w:multiLevelType w:val="hybridMultilevel"/>
    <w:tmpl w:val="219231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12B96"/>
    <w:multiLevelType w:val="multilevel"/>
    <w:tmpl w:val="A4C258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64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  <w:b/>
      </w:rPr>
    </w:lvl>
  </w:abstractNum>
  <w:abstractNum w:abstractNumId="13" w15:restartNumberingAfterBreak="0">
    <w:nsid w:val="5AE70C38"/>
    <w:multiLevelType w:val="hybridMultilevel"/>
    <w:tmpl w:val="EC5AC4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551777">
    <w:abstractNumId w:val="8"/>
  </w:num>
  <w:num w:numId="2" w16cid:durableId="537931980">
    <w:abstractNumId w:val="6"/>
  </w:num>
  <w:num w:numId="3" w16cid:durableId="878053166">
    <w:abstractNumId w:val="5"/>
  </w:num>
  <w:num w:numId="4" w16cid:durableId="211617199">
    <w:abstractNumId w:val="4"/>
  </w:num>
  <w:num w:numId="5" w16cid:durableId="373433397">
    <w:abstractNumId w:val="7"/>
  </w:num>
  <w:num w:numId="6" w16cid:durableId="1227060865">
    <w:abstractNumId w:val="3"/>
  </w:num>
  <w:num w:numId="7" w16cid:durableId="1791820953">
    <w:abstractNumId w:val="2"/>
  </w:num>
  <w:num w:numId="8" w16cid:durableId="914819681">
    <w:abstractNumId w:val="1"/>
  </w:num>
  <w:num w:numId="9" w16cid:durableId="416902364">
    <w:abstractNumId w:val="0"/>
  </w:num>
  <w:num w:numId="10" w16cid:durableId="1918975542">
    <w:abstractNumId w:val="8"/>
  </w:num>
  <w:num w:numId="11" w16cid:durableId="973294047">
    <w:abstractNumId w:val="12"/>
  </w:num>
  <w:num w:numId="12" w16cid:durableId="898369557">
    <w:abstractNumId w:val="11"/>
  </w:num>
  <w:num w:numId="13" w16cid:durableId="1410808420">
    <w:abstractNumId w:val="13"/>
  </w:num>
  <w:num w:numId="14" w16cid:durableId="28185534">
    <w:abstractNumId w:val="10"/>
  </w:num>
  <w:num w:numId="15" w16cid:durableId="13248953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D01"/>
    <w:rsid w:val="00001C56"/>
    <w:rsid w:val="0000727D"/>
    <w:rsid w:val="000255B5"/>
    <w:rsid w:val="00034616"/>
    <w:rsid w:val="00036E52"/>
    <w:rsid w:val="00051A3B"/>
    <w:rsid w:val="0005432A"/>
    <w:rsid w:val="0006063C"/>
    <w:rsid w:val="000610F2"/>
    <w:rsid w:val="00077C12"/>
    <w:rsid w:val="000871E8"/>
    <w:rsid w:val="000A58B4"/>
    <w:rsid w:val="000A5BB8"/>
    <w:rsid w:val="000B09FB"/>
    <w:rsid w:val="000E304C"/>
    <w:rsid w:val="000E4671"/>
    <w:rsid w:val="000F0251"/>
    <w:rsid w:val="000F2EF6"/>
    <w:rsid w:val="00101847"/>
    <w:rsid w:val="001103AE"/>
    <w:rsid w:val="00110601"/>
    <w:rsid w:val="00111C55"/>
    <w:rsid w:val="001140FF"/>
    <w:rsid w:val="00120393"/>
    <w:rsid w:val="00126DDF"/>
    <w:rsid w:val="001371AF"/>
    <w:rsid w:val="001407E1"/>
    <w:rsid w:val="001421A5"/>
    <w:rsid w:val="00143405"/>
    <w:rsid w:val="001475B8"/>
    <w:rsid w:val="0015074B"/>
    <w:rsid w:val="00154E4A"/>
    <w:rsid w:val="00162D31"/>
    <w:rsid w:val="00166798"/>
    <w:rsid w:val="00167043"/>
    <w:rsid w:val="00172085"/>
    <w:rsid w:val="00180058"/>
    <w:rsid w:val="00180968"/>
    <w:rsid w:val="001A16E7"/>
    <w:rsid w:val="001A6752"/>
    <w:rsid w:val="001B1E98"/>
    <w:rsid w:val="001B6206"/>
    <w:rsid w:val="001D3FDD"/>
    <w:rsid w:val="001D54E9"/>
    <w:rsid w:val="001E4307"/>
    <w:rsid w:val="001E6412"/>
    <w:rsid w:val="001E7FE9"/>
    <w:rsid w:val="001F018D"/>
    <w:rsid w:val="001F1540"/>
    <w:rsid w:val="0020050C"/>
    <w:rsid w:val="00205B9D"/>
    <w:rsid w:val="00217339"/>
    <w:rsid w:val="00232268"/>
    <w:rsid w:val="002332CD"/>
    <w:rsid w:val="002374AA"/>
    <w:rsid w:val="00240EB4"/>
    <w:rsid w:val="00260D13"/>
    <w:rsid w:val="00265F7A"/>
    <w:rsid w:val="0028783F"/>
    <w:rsid w:val="0029639D"/>
    <w:rsid w:val="002B6354"/>
    <w:rsid w:val="002C5F15"/>
    <w:rsid w:val="002D1D90"/>
    <w:rsid w:val="002D3896"/>
    <w:rsid w:val="002E74C6"/>
    <w:rsid w:val="002F5D88"/>
    <w:rsid w:val="00300F7B"/>
    <w:rsid w:val="00303A1F"/>
    <w:rsid w:val="00305609"/>
    <w:rsid w:val="003208EA"/>
    <w:rsid w:val="00324772"/>
    <w:rsid w:val="00326F90"/>
    <w:rsid w:val="00353DF4"/>
    <w:rsid w:val="00382E54"/>
    <w:rsid w:val="00391145"/>
    <w:rsid w:val="003958CF"/>
    <w:rsid w:val="003B6170"/>
    <w:rsid w:val="003C0E4E"/>
    <w:rsid w:val="003D08ED"/>
    <w:rsid w:val="003D139B"/>
    <w:rsid w:val="003D4E85"/>
    <w:rsid w:val="003E1950"/>
    <w:rsid w:val="003E5121"/>
    <w:rsid w:val="003F245B"/>
    <w:rsid w:val="003F6C68"/>
    <w:rsid w:val="003F7CB9"/>
    <w:rsid w:val="00417EB0"/>
    <w:rsid w:val="00422EA7"/>
    <w:rsid w:val="004271FD"/>
    <w:rsid w:val="00431D72"/>
    <w:rsid w:val="00443EAB"/>
    <w:rsid w:val="00451F75"/>
    <w:rsid w:val="0045465F"/>
    <w:rsid w:val="00456341"/>
    <w:rsid w:val="0046497C"/>
    <w:rsid w:val="00467CD5"/>
    <w:rsid w:val="00476492"/>
    <w:rsid w:val="00483A30"/>
    <w:rsid w:val="00484C61"/>
    <w:rsid w:val="00490764"/>
    <w:rsid w:val="00491B77"/>
    <w:rsid w:val="004A2C01"/>
    <w:rsid w:val="004C1437"/>
    <w:rsid w:val="004C4BF6"/>
    <w:rsid w:val="004D1A05"/>
    <w:rsid w:val="004D7EF2"/>
    <w:rsid w:val="004F3AA7"/>
    <w:rsid w:val="004F7A16"/>
    <w:rsid w:val="005116D0"/>
    <w:rsid w:val="00511FB4"/>
    <w:rsid w:val="0051704C"/>
    <w:rsid w:val="005177DD"/>
    <w:rsid w:val="005425FB"/>
    <w:rsid w:val="00554FEB"/>
    <w:rsid w:val="005709AB"/>
    <w:rsid w:val="00581260"/>
    <w:rsid w:val="0058730C"/>
    <w:rsid w:val="005920F8"/>
    <w:rsid w:val="005935FA"/>
    <w:rsid w:val="00596BB9"/>
    <w:rsid w:val="00597E4F"/>
    <w:rsid w:val="005A673F"/>
    <w:rsid w:val="005B1375"/>
    <w:rsid w:val="005B32CF"/>
    <w:rsid w:val="005C0D32"/>
    <w:rsid w:val="005C2232"/>
    <w:rsid w:val="005D14AE"/>
    <w:rsid w:val="005E5E94"/>
    <w:rsid w:val="0060681B"/>
    <w:rsid w:val="006132AB"/>
    <w:rsid w:val="006161C4"/>
    <w:rsid w:val="006251DF"/>
    <w:rsid w:val="006367BC"/>
    <w:rsid w:val="00641A8E"/>
    <w:rsid w:val="00662C07"/>
    <w:rsid w:val="00671794"/>
    <w:rsid w:val="006741CB"/>
    <w:rsid w:val="00675D5E"/>
    <w:rsid w:val="00680B9F"/>
    <w:rsid w:val="006844FA"/>
    <w:rsid w:val="00695397"/>
    <w:rsid w:val="006A1CC7"/>
    <w:rsid w:val="006B1028"/>
    <w:rsid w:val="006E1292"/>
    <w:rsid w:val="006E19D5"/>
    <w:rsid w:val="006F6738"/>
    <w:rsid w:val="006F7B47"/>
    <w:rsid w:val="00725406"/>
    <w:rsid w:val="00730D1A"/>
    <w:rsid w:val="00731EEE"/>
    <w:rsid w:val="00736ADA"/>
    <w:rsid w:val="00736B05"/>
    <w:rsid w:val="00741F62"/>
    <w:rsid w:val="007513E5"/>
    <w:rsid w:val="00753448"/>
    <w:rsid w:val="007546F0"/>
    <w:rsid w:val="0075673D"/>
    <w:rsid w:val="00770C88"/>
    <w:rsid w:val="007B066E"/>
    <w:rsid w:val="007C50AB"/>
    <w:rsid w:val="007D32A4"/>
    <w:rsid w:val="007D3301"/>
    <w:rsid w:val="007D52AC"/>
    <w:rsid w:val="007F79C1"/>
    <w:rsid w:val="00807F53"/>
    <w:rsid w:val="008257C2"/>
    <w:rsid w:val="00832E9D"/>
    <w:rsid w:val="0083550A"/>
    <w:rsid w:val="00835FD0"/>
    <w:rsid w:val="008443AC"/>
    <w:rsid w:val="00846BC6"/>
    <w:rsid w:val="008601EC"/>
    <w:rsid w:val="00860658"/>
    <w:rsid w:val="00863F79"/>
    <w:rsid w:val="00865F25"/>
    <w:rsid w:val="00874EA2"/>
    <w:rsid w:val="00881C04"/>
    <w:rsid w:val="00883E05"/>
    <w:rsid w:val="0089419C"/>
    <w:rsid w:val="0089706B"/>
    <w:rsid w:val="008A4DFA"/>
    <w:rsid w:val="008B28A5"/>
    <w:rsid w:val="008B55E3"/>
    <w:rsid w:val="008C3334"/>
    <w:rsid w:val="008D7ED6"/>
    <w:rsid w:val="008E719E"/>
    <w:rsid w:val="008F29DD"/>
    <w:rsid w:val="00902B6C"/>
    <w:rsid w:val="00907633"/>
    <w:rsid w:val="0096065C"/>
    <w:rsid w:val="00995C80"/>
    <w:rsid w:val="009A0BD8"/>
    <w:rsid w:val="009A2F6F"/>
    <w:rsid w:val="009B02CF"/>
    <w:rsid w:val="009B2266"/>
    <w:rsid w:val="009C0F42"/>
    <w:rsid w:val="009C16FF"/>
    <w:rsid w:val="009C23C0"/>
    <w:rsid w:val="009C547D"/>
    <w:rsid w:val="009D59F6"/>
    <w:rsid w:val="009E0A49"/>
    <w:rsid w:val="009F40CA"/>
    <w:rsid w:val="009F7192"/>
    <w:rsid w:val="00A00E27"/>
    <w:rsid w:val="00A12ED8"/>
    <w:rsid w:val="00A13CD5"/>
    <w:rsid w:val="00A14F93"/>
    <w:rsid w:val="00A24A15"/>
    <w:rsid w:val="00A322AC"/>
    <w:rsid w:val="00A373D9"/>
    <w:rsid w:val="00A41E7D"/>
    <w:rsid w:val="00A45F4A"/>
    <w:rsid w:val="00A4689B"/>
    <w:rsid w:val="00A56521"/>
    <w:rsid w:val="00A709C1"/>
    <w:rsid w:val="00A72B7C"/>
    <w:rsid w:val="00A83601"/>
    <w:rsid w:val="00A91A98"/>
    <w:rsid w:val="00A94CCF"/>
    <w:rsid w:val="00AA0EE8"/>
    <w:rsid w:val="00AA1D8D"/>
    <w:rsid w:val="00AC76ED"/>
    <w:rsid w:val="00AD67F5"/>
    <w:rsid w:val="00AD7AF4"/>
    <w:rsid w:val="00AE7A3D"/>
    <w:rsid w:val="00AF4771"/>
    <w:rsid w:val="00B10F9B"/>
    <w:rsid w:val="00B24F12"/>
    <w:rsid w:val="00B264FE"/>
    <w:rsid w:val="00B32655"/>
    <w:rsid w:val="00B3333F"/>
    <w:rsid w:val="00B371E1"/>
    <w:rsid w:val="00B44A5D"/>
    <w:rsid w:val="00B47730"/>
    <w:rsid w:val="00B47B55"/>
    <w:rsid w:val="00B54DD6"/>
    <w:rsid w:val="00B611D2"/>
    <w:rsid w:val="00B647BD"/>
    <w:rsid w:val="00B64C48"/>
    <w:rsid w:val="00B97C5A"/>
    <w:rsid w:val="00BA072A"/>
    <w:rsid w:val="00BA405C"/>
    <w:rsid w:val="00BB08ED"/>
    <w:rsid w:val="00BB1A2F"/>
    <w:rsid w:val="00BC08E3"/>
    <w:rsid w:val="00BC7AE5"/>
    <w:rsid w:val="00BF69D1"/>
    <w:rsid w:val="00C025B1"/>
    <w:rsid w:val="00C0655F"/>
    <w:rsid w:val="00C133B0"/>
    <w:rsid w:val="00C16A48"/>
    <w:rsid w:val="00C17776"/>
    <w:rsid w:val="00C232D0"/>
    <w:rsid w:val="00C238DC"/>
    <w:rsid w:val="00C32A35"/>
    <w:rsid w:val="00C37159"/>
    <w:rsid w:val="00C37465"/>
    <w:rsid w:val="00C55B99"/>
    <w:rsid w:val="00C64E26"/>
    <w:rsid w:val="00C678AC"/>
    <w:rsid w:val="00C71FF4"/>
    <w:rsid w:val="00C85E7B"/>
    <w:rsid w:val="00C93BBB"/>
    <w:rsid w:val="00CA3904"/>
    <w:rsid w:val="00CA4F6F"/>
    <w:rsid w:val="00CA7385"/>
    <w:rsid w:val="00CB0664"/>
    <w:rsid w:val="00CC0EF6"/>
    <w:rsid w:val="00CC5AE6"/>
    <w:rsid w:val="00CE215A"/>
    <w:rsid w:val="00CF3449"/>
    <w:rsid w:val="00CF6FE1"/>
    <w:rsid w:val="00D10AF1"/>
    <w:rsid w:val="00D1128D"/>
    <w:rsid w:val="00D11E2B"/>
    <w:rsid w:val="00D148B3"/>
    <w:rsid w:val="00D170DF"/>
    <w:rsid w:val="00D25D9C"/>
    <w:rsid w:val="00D35540"/>
    <w:rsid w:val="00D35BB0"/>
    <w:rsid w:val="00D458B7"/>
    <w:rsid w:val="00D65345"/>
    <w:rsid w:val="00D85084"/>
    <w:rsid w:val="00D92563"/>
    <w:rsid w:val="00D97907"/>
    <w:rsid w:val="00D97F26"/>
    <w:rsid w:val="00DA26B8"/>
    <w:rsid w:val="00DB0269"/>
    <w:rsid w:val="00DB11C5"/>
    <w:rsid w:val="00DB6E6C"/>
    <w:rsid w:val="00DC2F57"/>
    <w:rsid w:val="00DC52E9"/>
    <w:rsid w:val="00DC57AB"/>
    <w:rsid w:val="00DD4F64"/>
    <w:rsid w:val="00DD5DF3"/>
    <w:rsid w:val="00DF0034"/>
    <w:rsid w:val="00E10B32"/>
    <w:rsid w:val="00E11BEC"/>
    <w:rsid w:val="00E410F9"/>
    <w:rsid w:val="00E626B6"/>
    <w:rsid w:val="00E67EE6"/>
    <w:rsid w:val="00E735CE"/>
    <w:rsid w:val="00E9739D"/>
    <w:rsid w:val="00E97F88"/>
    <w:rsid w:val="00EA7583"/>
    <w:rsid w:val="00EB07B6"/>
    <w:rsid w:val="00EB6367"/>
    <w:rsid w:val="00ED3090"/>
    <w:rsid w:val="00EE79EB"/>
    <w:rsid w:val="00EF0DFD"/>
    <w:rsid w:val="00EF45D0"/>
    <w:rsid w:val="00F14283"/>
    <w:rsid w:val="00F1445E"/>
    <w:rsid w:val="00F16ABF"/>
    <w:rsid w:val="00F1776A"/>
    <w:rsid w:val="00F26A73"/>
    <w:rsid w:val="00F3153C"/>
    <w:rsid w:val="00F54FD5"/>
    <w:rsid w:val="00F7335C"/>
    <w:rsid w:val="00F77E1F"/>
    <w:rsid w:val="00F965EB"/>
    <w:rsid w:val="00FA3A1A"/>
    <w:rsid w:val="00FA4FB6"/>
    <w:rsid w:val="00FA7F9E"/>
    <w:rsid w:val="00FB1445"/>
    <w:rsid w:val="00FB1639"/>
    <w:rsid w:val="00FB1753"/>
    <w:rsid w:val="00FC693F"/>
    <w:rsid w:val="00FD0889"/>
    <w:rsid w:val="00FE0580"/>
    <w:rsid w:val="00FE067B"/>
    <w:rsid w:val="00FF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2727EE0"/>
  <w14:defaultImageDpi w14:val="300"/>
  <w15:docId w15:val="{4A4B6EB3-F9C4-A243-B99D-AC6EE8379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0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eastAsia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en-US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 w:line="276" w:lineRule="auto"/>
    </w:pPr>
    <w:rPr>
      <w:rFonts w:asciiTheme="minorHAnsi" w:eastAsiaTheme="minorEastAsia" w:hAnsiTheme="minorHAnsi" w:cstheme="minorBidi"/>
      <w:sz w:val="16"/>
      <w:szCs w:val="16"/>
      <w:lang w:val="en-US" w:eastAsia="en-US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spacing w:after="200" w:line="276" w:lineRule="auto"/>
      <w:ind w:left="360" w:hanging="36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Lista2">
    <w:name w:val="List 2"/>
    <w:basedOn w:val="Normal"/>
    <w:uiPriority w:val="99"/>
    <w:unhideWhenUsed/>
    <w:rsid w:val="00326F90"/>
    <w:pPr>
      <w:spacing w:after="200" w:line="276" w:lineRule="auto"/>
      <w:ind w:left="720" w:hanging="36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Lista3">
    <w:name w:val="List 3"/>
    <w:basedOn w:val="Normal"/>
    <w:uiPriority w:val="99"/>
    <w:unhideWhenUsed/>
    <w:rsid w:val="00326F90"/>
    <w:pPr>
      <w:spacing w:after="200" w:line="276" w:lineRule="auto"/>
      <w:ind w:left="1080" w:hanging="36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spacing w:after="200" w:line="276" w:lineRule="auto"/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Listadecontinuao">
    <w:name w:val="List Continue"/>
    <w:basedOn w:val="Normal"/>
    <w:uiPriority w:val="99"/>
    <w:unhideWhenUsed/>
    <w:rsid w:val="0029639D"/>
    <w:pPr>
      <w:spacing w:after="120" w:line="276" w:lineRule="auto"/>
      <w:ind w:left="36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Listadecontinuao2">
    <w:name w:val="List Continue 2"/>
    <w:basedOn w:val="Normal"/>
    <w:uiPriority w:val="99"/>
    <w:unhideWhenUsed/>
    <w:rsid w:val="0029639D"/>
    <w:pPr>
      <w:spacing w:after="12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Listadecontinuao3">
    <w:name w:val="List Continue 3"/>
    <w:basedOn w:val="Normal"/>
    <w:uiPriority w:val="99"/>
    <w:unhideWhenUsed/>
    <w:rsid w:val="0029639D"/>
    <w:pPr>
      <w:spacing w:after="120" w:line="276" w:lineRule="auto"/>
      <w:ind w:left="108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en-US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val="en-US" w:eastAsia="en-US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nt-claude-response-body">
    <w:name w:val="font-claude-response-body"/>
    <w:basedOn w:val="Normal"/>
    <w:rsid w:val="001140FF"/>
    <w:pPr>
      <w:spacing w:before="100" w:beforeAutospacing="1" w:after="100" w:afterAutospacing="1"/>
    </w:pPr>
  </w:style>
  <w:style w:type="character" w:styleId="Hyperlink">
    <w:name w:val="Hyperlink"/>
    <w:basedOn w:val="Fontepargpadro"/>
    <w:uiPriority w:val="99"/>
    <w:unhideWhenUsed/>
    <w:rsid w:val="00491B7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91B77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E0A49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BB08E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B08E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B08ED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B08E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B08ED"/>
    <w:rPr>
      <w:rFonts w:ascii="Times New Roman" w:eastAsia="Times New Roman" w:hAnsi="Times New Roman" w:cs="Times New Roman"/>
      <w:b/>
      <w:bCs/>
      <w:sz w:val="20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979653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none" w:sz="0" w:space="0" w:color="auto"/>
        <w:right w:val="none" w:sz="0" w:space="0" w:color="auto"/>
      </w:divBdr>
    </w:div>
    <w:div w:id="752093933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none" w:sz="0" w:space="0" w:color="auto"/>
        <w:right w:val="none" w:sz="0" w:space="0" w:color="auto"/>
      </w:divBdr>
    </w:div>
    <w:div w:id="186339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4" w:color="003366"/>
        <w:right w:val="none" w:sz="0" w:space="0" w:color="auto"/>
      </w:divBdr>
    </w:div>
    <w:div w:id="2048068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4" w:color="003366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archive.org/details/PalestraProtagonismoFemininoALutaPeloDireitoDasMulheres" TargetMode="External"/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ufopa.edu.br/ufopa/comunica/noticias/evento-nacional-sobre-educacao-bilingue-de-surdos-abre-chamadas-para-trabalhos-e-oficinas/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2692</Words>
  <Characters>14537</Characters>
  <Application>Microsoft Office Word</Application>
  <DocSecurity>0</DocSecurity>
  <Lines>121</Lines>
  <Paragraphs>34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17195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Batista</dc:creator>
  <cp:keywords/>
  <dc:description/>
  <cp:lastModifiedBy>Bruno B. Batista</cp:lastModifiedBy>
  <cp:revision>2</cp:revision>
  <cp:lastPrinted>2026-07-08T19:55:00Z</cp:lastPrinted>
  <dcterms:created xsi:type="dcterms:W3CDTF">2026-08-25T16:40:00Z</dcterms:created>
  <dcterms:modified xsi:type="dcterms:W3CDTF">2026-08-25T16:40:00Z</dcterms:modified>
  <cp:category/>
</cp:coreProperties>
</file>